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3F128" w14:textId="77777777" w:rsidR="00944EAF" w:rsidRPr="0027294D" w:rsidRDefault="003818CF">
      <w:pPr>
        <w:jc w:val="center"/>
        <w:rPr>
          <w:rFonts w:asciiTheme="majorHAnsi" w:hAnsiTheme="majorHAnsi" w:cstheme="majorHAnsi"/>
        </w:rPr>
      </w:pPr>
      <w:r w:rsidRPr="0027294D">
        <w:rPr>
          <w:rFonts w:asciiTheme="majorHAnsi" w:hAnsiTheme="majorHAnsi" w:cstheme="majorHAnsi"/>
          <w:b/>
          <w:color w:val="1F4E79"/>
          <w:sz w:val="44"/>
        </w:rPr>
        <w:t>COPE LTD</w:t>
      </w:r>
      <w:r w:rsidRPr="0027294D">
        <w:rPr>
          <w:rFonts w:asciiTheme="majorHAnsi" w:hAnsiTheme="majorHAnsi" w:cstheme="majorHAnsi"/>
          <w:b/>
          <w:color w:val="1F4E79"/>
          <w:sz w:val="44"/>
        </w:rPr>
        <w:br/>
        <w:t>EMPLOYMENT APPLICATION FORM</w:t>
      </w:r>
    </w:p>
    <w:p w14:paraId="31F73E8F" w14:textId="5CD86E7D" w:rsidR="00944EAF" w:rsidRPr="00F33EAF" w:rsidRDefault="003818CF">
      <w:pPr>
        <w:rPr>
          <w:rFonts w:asciiTheme="majorHAnsi" w:hAnsiTheme="majorHAnsi" w:cstheme="majorHAnsi"/>
          <w:sz w:val="28"/>
          <w:szCs w:val="28"/>
        </w:rPr>
      </w:pPr>
      <w:r w:rsidRPr="00F33EAF">
        <w:rPr>
          <w:rFonts w:asciiTheme="majorHAnsi" w:hAnsiTheme="majorHAnsi" w:cstheme="majorHAnsi"/>
          <w:b/>
          <w:sz w:val="28"/>
          <w:szCs w:val="28"/>
        </w:rPr>
        <w:t>Accessible Application Form</w:t>
      </w:r>
      <w:r w:rsidRPr="00F33EAF">
        <w:rPr>
          <w:rFonts w:asciiTheme="majorHAnsi" w:hAnsiTheme="majorHAnsi" w:cstheme="majorHAnsi"/>
          <w:b/>
          <w:sz w:val="28"/>
          <w:szCs w:val="28"/>
        </w:rPr>
        <w:br/>
      </w:r>
      <w:r w:rsidRPr="00F33EAF">
        <w:rPr>
          <w:rFonts w:asciiTheme="majorHAnsi" w:hAnsiTheme="majorHAnsi" w:cstheme="majorHAnsi"/>
          <w:sz w:val="28"/>
          <w:szCs w:val="28"/>
        </w:rPr>
        <w:t>If you need support to complete this form or require it in another format, please contact COPE.</w:t>
      </w:r>
      <w:r w:rsidR="00D45B31">
        <w:rPr>
          <w:rFonts w:asciiTheme="majorHAnsi" w:hAnsiTheme="majorHAnsi" w:cstheme="majorHAnsi"/>
          <w:sz w:val="28"/>
          <w:szCs w:val="28"/>
        </w:rPr>
        <w:t xml:space="preserve"> </w:t>
      </w:r>
      <w:hyperlink r:id="rId8" w:history="1">
        <w:r w:rsidR="00D45B31" w:rsidRPr="00772B8C">
          <w:rPr>
            <w:rStyle w:val="Hyperlink"/>
            <w:rFonts w:asciiTheme="majorHAnsi" w:hAnsiTheme="majorHAnsi" w:cstheme="majorHAnsi"/>
            <w:sz w:val="28"/>
            <w:szCs w:val="28"/>
          </w:rPr>
          <w:t>cope.accounts@cope.ltd.uk</w:t>
        </w:r>
      </w:hyperlink>
      <w:r w:rsidR="00D45B31">
        <w:rPr>
          <w:rFonts w:asciiTheme="majorHAnsi" w:hAnsiTheme="majorHAnsi" w:cstheme="majorHAnsi"/>
          <w:sz w:val="28"/>
          <w:szCs w:val="28"/>
        </w:rPr>
        <w:t xml:space="preserve"> or 01595 696889</w:t>
      </w:r>
    </w:p>
    <w:p w14:paraId="4EA08C2E" w14:textId="77777777" w:rsidR="00944EAF" w:rsidRPr="00CE34DE" w:rsidRDefault="003818CF">
      <w:pPr>
        <w:spacing w:before="480" w:line="276" w:lineRule="atLeast"/>
        <w:rPr>
          <w:rFonts w:asciiTheme="majorHAnsi" w:hAnsiTheme="majorHAnsi" w:cstheme="majorHAnsi"/>
          <w:b/>
          <w:bCs/>
        </w:rPr>
      </w:pPr>
      <w:r w:rsidRPr="00CE34DE">
        <w:rPr>
          <w:rFonts w:asciiTheme="majorHAnsi" w:hAnsiTheme="majorHAnsi" w:cstheme="majorHAnsi"/>
          <w:b/>
          <w:bCs/>
          <w:sz w:val="28"/>
          <w:szCs w:val="28"/>
        </w:rPr>
        <w:t>Recruitment Privacy Notice</w:t>
      </w:r>
    </w:p>
    <w:p w14:paraId="1151041A" w14:textId="29A7A94B" w:rsidR="00944EAF" w:rsidRPr="00F33EAF" w:rsidRDefault="003818CF">
      <w:pPr>
        <w:rPr>
          <w:rFonts w:asciiTheme="majorHAnsi" w:hAnsiTheme="majorHAnsi" w:cstheme="majorHAnsi"/>
          <w:sz w:val="28"/>
          <w:szCs w:val="28"/>
        </w:rPr>
      </w:pPr>
      <w:r w:rsidRPr="00F33EAF">
        <w:rPr>
          <w:rFonts w:asciiTheme="majorHAnsi" w:hAnsiTheme="majorHAnsi" w:cstheme="majorHAnsi"/>
          <w:sz w:val="28"/>
          <w:szCs w:val="28"/>
        </w:rPr>
        <w:t>COPE Ltd processes applicant information for recruitment, selection, safeguarding and pre-employment checking purposes. Information will be handled in accordance with UK data protection requirements.</w:t>
      </w:r>
      <w:r w:rsidR="003E3C35">
        <w:rPr>
          <w:rFonts w:asciiTheme="majorHAnsi" w:hAnsiTheme="majorHAnsi" w:cstheme="majorHAnsi"/>
          <w:sz w:val="28"/>
          <w:szCs w:val="28"/>
        </w:rPr>
        <w:t xml:space="preserve">  Further details </w:t>
      </w:r>
      <w:proofErr w:type="gramStart"/>
      <w:r w:rsidR="003E3C35">
        <w:rPr>
          <w:rFonts w:asciiTheme="majorHAnsi" w:hAnsiTheme="majorHAnsi" w:cstheme="majorHAnsi"/>
          <w:sz w:val="28"/>
          <w:szCs w:val="28"/>
        </w:rPr>
        <w:t>available</w:t>
      </w:r>
      <w:proofErr w:type="gramEnd"/>
      <w:r w:rsidR="003E3C35">
        <w:rPr>
          <w:rFonts w:asciiTheme="majorHAnsi" w:hAnsiTheme="majorHAnsi" w:cstheme="majorHAnsi"/>
          <w:sz w:val="28"/>
          <w:szCs w:val="28"/>
        </w:rPr>
        <w:t xml:space="preserve"> on request.</w:t>
      </w:r>
    </w:p>
    <w:p w14:paraId="61144BDA" w14:textId="77777777" w:rsidR="00944EAF" w:rsidRPr="003E3C35" w:rsidRDefault="003818CF">
      <w:pPr>
        <w:spacing w:before="480" w:line="276" w:lineRule="atLeast"/>
        <w:rPr>
          <w:rFonts w:asciiTheme="majorHAnsi" w:hAnsiTheme="majorHAnsi" w:cstheme="majorHAnsi"/>
          <w:b/>
          <w:bCs/>
          <w:color w:val="1F497D" w:themeColor="text2"/>
        </w:rPr>
      </w:pPr>
      <w:r w:rsidRPr="003E3C35">
        <w:rPr>
          <w:rFonts w:asciiTheme="majorHAnsi" w:hAnsiTheme="majorHAnsi" w:cstheme="majorHAnsi"/>
          <w:b/>
          <w:bCs/>
          <w:color w:val="1F497D" w:themeColor="text2"/>
          <w:sz w:val="36"/>
          <w:szCs w:val="36"/>
        </w:rPr>
        <w:t>Section 1: Job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6"/>
      </w:tblGrid>
      <w:tr w:rsidR="00194806" w14:paraId="7FD4B22A" w14:textId="77777777" w:rsidTr="00194806">
        <w:tc>
          <w:tcPr>
            <w:tcW w:w="10190" w:type="dxa"/>
          </w:tcPr>
          <w:p w14:paraId="48D3C90C" w14:textId="0098AD64" w:rsidR="00194806" w:rsidRDefault="003818CF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F33EAF">
              <w:rPr>
                <w:rFonts w:asciiTheme="majorHAnsi" w:hAnsiTheme="majorHAnsi" w:cstheme="majorHAnsi"/>
                <w:sz w:val="28"/>
                <w:szCs w:val="28"/>
              </w:rPr>
              <w:t>Position Applied For:</w:t>
            </w:r>
            <w:r w:rsidRPr="00F33EAF">
              <w:rPr>
                <w:rFonts w:asciiTheme="majorHAnsi" w:hAnsiTheme="majorHAnsi" w:cstheme="majorHAnsi"/>
                <w:sz w:val="28"/>
                <w:szCs w:val="28"/>
              </w:rPr>
              <w:br/>
            </w:r>
          </w:p>
        </w:tc>
      </w:tr>
      <w:tr w:rsidR="00194806" w14:paraId="3F156A11" w14:textId="77777777" w:rsidTr="00194806">
        <w:tc>
          <w:tcPr>
            <w:tcW w:w="10190" w:type="dxa"/>
          </w:tcPr>
          <w:p w14:paraId="461A021D" w14:textId="454E66B6" w:rsidR="00194806" w:rsidRDefault="00194806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F33EAF">
              <w:rPr>
                <w:rFonts w:asciiTheme="majorHAnsi" w:hAnsiTheme="majorHAnsi" w:cstheme="majorHAnsi"/>
                <w:sz w:val="28"/>
                <w:szCs w:val="28"/>
              </w:rPr>
              <w:t>Where did you hear about this vacancy?</w:t>
            </w:r>
          </w:p>
          <w:p w14:paraId="1BCDBE97" w14:textId="4737EDD6" w:rsidR="00194806" w:rsidRDefault="00194806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CE34DE" w14:paraId="78225C84" w14:textId="77777777" w:rsidTr="00CE34DE">
        <w:tc>
          <w:tcPr>
            <w:tcW w:w="10190" w:type="dxa"/>
          </w:tcPr>
          <w:p w14:paraId="33796434" w14:textId="7D4EE9C6" w:rsidR="00CE34DE" w:rsidRDefault="00CE34DE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F33EAF">
              <w:rPr>
                <w:rFonts w:asciiTheme="majorHAnsi" w:hAnsiTheme="majorHAnsi" w:cstheme="majorHAnsi"/>
                <w:sz w:val="28"/>
                <w:szCs w:val="28"/>
              </w:rPr>
              <w:t>Available Start Date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:</w:t>
            </w:r>
          </w:p>
          <w:p w14:paraId="30B70407" w14:textId="272C0F84" w:rsidR="00CE34DE" w:rsidRDefault="00CE34DE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</w:tbl>
    <w:p w14:paraId="42C39A75" w14:textId="77777777" w:rsidR="00944EAF" w:rsidRPr="00F65EC6" w:rsidRDefault="003818CF" w:rsidP="00F65EC6">
      <w:pPr>
        <w:spacing w:before="480" w:after="0"/>
      </w:pPr>
      <w:r w:rsidRPr="00F65EC6">
        <w:rPr>
          <w:rFonts w:ascii="Calibri" w:hAnsi="Calibri" w:cs="Calibri"/>
          <w:b/>
          <w:color w:val="365F91"/>
          <w:sz w:val="36"/>
        </w:rPr>
        <w:t>Section 2: Personal Details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6"/>
        <w:gridCol w:w="7790"/>
      </w:tblGrid>
      <w:tr w:rsidR="00944EAF" w:rsidRPr="0027294D" w14:paraId="7B06ECB0" w14:textId="77777777" w:rsidTr="009D056B">
        <w:tc>
          <w:tcPr>
            <w:tcW w:w="2092" w:type="dxa"/>
          </w:tcPr>
          <w:p w14:paraId="3379942F" w14:textId="77777777" w:rsidR="00944EAF" w:rsidRPr="00F33EAF" w:rsidRDefault="003818CF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F33EAF">
              <w:rPr>
                <w:rFonts w:asciiTheme="majorHAnsi" w:hAnsiTheme="majorHAnsi" w:cstheme="majorHAnsi"/>
                <w:sz w:val="28"/>
                <w:szCs w:val="28"/>
              </w:rPr>
              <w:t>Full Name</w:t>
            </w:r>
          </w:p>
        </w:tc>
        <w:tc>
          <w:tcPr>
            <w:tcW w:w="8098" w:type="dxa"/>
          </w:tcPr>
          <w:p w14:paraId="5A369535" w14:textId="77777777" w:rsidR="00944EAF" w:rsidRPr="0027294D" w:rsidRDefault="00944EAF">
            <w:pPr>
              <w:rPr>
                <w:rFonts w:asciiTheme="majorHAnsi" w:hAnsiTheme="majorHAnsi" w:cstheme="majorHAnsi"/>
              </w:rPr>
            </w:pPr>
          </w:p>
        </w:tc>
      </w:tr>
      <w:tr w:rsidR="00944EAF" w:rsidRPr="0027294D" w14:paraId="77F2D96E" w14:textId="77777777" w:rsidTr="009D056B">
        <w:tc>
          <w:tcPr>
            <w:tcW w:w="2092" w:type="dxa"/>
          </w:tcPr>
          <w:p w14:paraId="53B3255B" w14:textId="77777777" w:rsidR="00944EAF" w:rsidRPr="00F33EAF" w:rsidRDefault="003818CF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F33EAF">
              <w:rPr>
                <w:rFonts w:asciiTheme="majorHAnsi" w:hAnsiTheme="majorHAnsi" w:cstheme="majorHAnsi"/>
                <w:sz w:val="28"/>
                <w:szCs w:val="28"/>
              </w:rPr>
              <w:t>Address</w:t>
            </w:r>
          </w:p>
        </w:tc>
        <w:tc>
          <w:tcPr>
            <w:tcW w:w="8098" w:type="dxa"/>
          </w:tcPr>
          <w:p w14:paraId="65ACBDBC" w14:textId="77777777" w:rsidR="00944EAF" w:rsidRDefault="00944EAF">
            <w:pPr>
              <w:rPr>
                <w:rFonts w:asciiTheme="majorHAnsi" w:hAnsiTheme="majorHAnsi" w:cstheme="majorHAnsi"/>
              </w:rPr>
            </w:pPr>
          </w:p>
          <w:p w14:paraId="73E90B21" w14:textId="77777777" w:rsidR="0027294D" w:rsidRDefault="0027294D">
            <w:pPr>
              <w:rPr>
                <w:rFonts w:asciiTheme="majorHAnsi" w:hAnsiTheme="majorHAnsi" w:cstheme="majorHAnsi"/>
              </w:rPr>
            </w:pPr>
          </w:p>
          <w:p w14:paraId="1AACF2FF" w14:textId="77777777" w:rsidR="0027294D" w:rsidRPr="0027294D" w:rsidRDefault="0027294D">
            <w:pPr>
              <w:rPr>
                <w:rFonts w:asciiTheme="majorHAnsi" w:hAnsiTheme="majorHAnsi" w:cstheme="majorHAnsi"/>
              </w:rPr>
            </w:pPr>
          </w:p>
        </w:tc>
      </w:tr>
      <w:tr w:rsidR="00944EAF" w:rsidRPr="0027294D" w14:paraId="7DB6266E" w14:textId="77777777" w:rsidTr="009D056B">
        <w:tc>
          <w:tcPr>
            <w:tcW w:w="2092" w:type="dxa"/>
          </w:tcPr>
          <w:p w14:paraId="3A8C4507" w14:textId="77777777" w:rsidR="00944EAF" w:rsidRPr="00F33EAF" w:rsidRDefault="003818CF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F33EAF">
              <w:rPr>
                <w:rFonts w:asciiTheme="majorHAnsi" w:hAnsiTheme="majorHAnsi" w:cstheme="majorHAnsi"/>
                <w:sz w:val="28"/>
                <w:szCs w:val="28"/>
              </w:rPr>
              <w:t>Telephone</w:t>
            </w:r>
          </w:p>
        </w:tc>
        <w:tc>
          <w:tcPr>
            <w:tcW w:w="8098" w:type="dxa"/>
          </w:tcPr>
          <w:p w14:paraId="3240DEF5" w14:textId="77777777" w:rsidR="00944EAF" w:rsidRPr="0027294D" w:rsidRDefault="00944EAF">
            <w:pPr>
              <w:rPr>
                <w:rFonts w:asciiTheme="majorHAnsi" w:hAnsiTheme="majorHAnsi" w:cstheme="majorHAnsi"/>
              </w:rPr>
            </w:pPr>
          </w:p>
        </w:tc>
      </w:tr>
      <w:tr w:rsidR="00944EAF" w:rsidRPr="0027294D" w14:paraId="27575149" w14:textId="77777777" w:rsidTr="009D056B">
        <w:tc>
          <w:tcPr>
            <w:tcW w:w="2092" w:type="dxa"/>
          </w:tcPr>
          <w:p w14:paraId="4FED4A76" w14:textId="77777777" w:rsidR="00944EAF" w:rsidRPr="00F33EAF" w:rsidRDefault="003818CF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F33EAF">
              <w:rPr>
                <w:rFonts w:asciiTheme="majorHAnsi" w:hAnsiTheme="majorHAnsi" w:cstheme="majorHAnsi"/>
                <w:sz w:val="28"/>
                <w:szCs w:val="28"/>
              </w:rPr>
              <w:t>Email</w:t>
            </w:r>
          </w:p>
        </w:tc>
        <w:tc>
          <w:tcPr>
            <w:tcW w:w="8098" w:type="dxa"/>
          </w:tcPr>
          <w:p w14:paraId="5D4E7E7C" w14:textId="77777777" w:rsidR="00944EAF" w:rsidRPr="0027294D" w:rsidRDefault="00944EAF">
            <w:pPr>
              <w:rPr>
                <w:rFonts w:asciiTheme="majorHAnsi" w:hAnsiTheme="majorHAnsi" w:cstheme="majorHAnsi"/>
              </w:rPr>
            </w:pPr>
          </w:p>
        </w:tc>
      </w:tr>
    </w:tbl>
    <w:p w14:paraId="3250F4ED" w14:textId="77777777" w:rsidR="009D056B" w:rsidRDefault="009D056B" w:rsidP="00F65EC6">
      <w:pPr>
        <w:spacing w:before="480" w:after="0"/>
        <w:rPr>
          <w:rFonts w:ascii="Calibri" w:hAnsi="Calibri" w:cs="Calibri"/>
          <w:b/>
          <w:color w:val="365F91"/>
          <w:sz w:val="36"/>
        </w:rPr>
      </w:pPr>
    </w:p>
    <w:p w14:paraId="26AEA1AE" w14:textId="77777777" w:rsidR="00132602" w:rsidRDefault="00132602">
      <w:pPr>
        <w:rPr>
          <w:rFonts w:ascii="Calibri" w:hAnsi="Calibri" w:cs="Calibri"/>
          <w:b/>
          <w:color w:val="365F91"/>
          <w:sz w:val="36"/>
        </w:rPr>
      </w:pPr>
      <w:r>
        <w:rPr>
          <w:rFonts w:ascii="Calibri" w:hAnsi="Calibri" w:cs="Calibri"/>
          <w:b/>
          <w:color w:val="365F91"/>
          <w:sz w:val="36"/>
        </w:rPr>
        <w:br w:type="page"/>
      </w:r>
    </w:p>
    <w:p w14:paraId="7ACCA9DE" w14:textId="5B2E9FA0" w:rsidR="00944EAF" w:rsidRPr="00F65EC6" w:rsidRDefault="003818CF" w:rsidP="00F65EC6">
      <w:pPr>
        <w:spacing w:before="480" w:after="0"/>
      </w:pPr>
      <w:r w:rsidRPr="00F65EC6">
        <w:rPr>
          <w:rFonts w:ascii="Calibri" w:hAnsi="Calibri" w:cs="Calibri"/>
          <w:b/>
          <w:color w:val="365F91"/>
          <w:sz w:val="36"/>
        </w:rPr>
        <w:lastRenderedPageBreak/>
        <w:t>Section 3: Right to Work</w:t>
      </w:r>
    </w:p>
    <w:p w14:paraId="2A04F47A" w14:textId="7C55A240" w:rsidR="00131B92" w:rsidRPr="005A0992" w:rsidRDefault="003818CF" w:rsidP="00D30D9F">
      <w:pPr>
        <w:spacing w:after="0"/>
        <w:rPr>
          <w:rFonts w:ascii="Calibri" w:hAnsi="Calibri" w:cs="Calibri"/>
          <w:b/>
          <w:color w:val="365F91"/>
          <w:sz w:val="16"/>
          <w:szCs w:val="8"/>
        </w:rPr>
      </w:pPr>
      <w:r w:rsidRPr="00D16AE4">
        <w:rPr>
          <w:rFonts w:asciiTheme="majorHAnsi" w:hAnsiTheme="majorHAnsi" w:cstheme="majorHAnsi"/>
          <w:sz w:val="28"/>
          <w:szCs w:val="28"/>
        </w:rPr>
        <w:t xml:space="preserve">Do you have the legal right to work in the UK? </w:t>
      </w:r>
      <w:proofErr w:type="gramStart"/>
      <w:r w:rsidRPr="00D16AE4">
        <w:rPr>
          <w:rFonts w:asciiTheme="majorHAnsi" w:hAnsiTheme="majorHAnsi" w:cstheme="majorHAnsi"/>
          <w:sz w:val="28"/>
          <w:szCs w:val="28"/>
        </w:rPr>
        <w:t xml:space="preserve">Yes  </w:t>
      </w:r>
      <w:r w:rsidRPr="00EA6C76">
        <w:rPr>
          <w:rFonts w:asciiTheme="majorHAnsi" w:hAnsiTheme="majorHAnsi" w:cstheme="majorHAnsi"/>
          <w:sz w:val="52"/>
          <w:szCs w:val="52"/>
        </w:rPr>
        <w:t>□</w:t>
      </w:r>
      <w:proofErr w:type="gramEnd"/>
      <w:r w:rsidRPr="00EA6C76">
        <w:rPr>
          <w:rFonts w:asciiTheme="majorHAnsi" w:hAnsiTheme="majorHAnsi" w:cstheme="majorHAnsi"/>
          <w:sz w:val="40"/>
          <w:szCs w:val="40"/>
        </w:rPr>
        <w:t xml:space="preserve"> </w:t>
      </w:r>
      <w:r w:rsidRPr="00D16AE4">
        <w:rPr>
          <w:rFonts w:asciiTheme="majorHAnsi" w:hAnsiTheme="majorHAnsi" w:cstheme="majorHAnsi"/>
          <w:sz w:val="28"/>
          <w:szCs w:val="28"/>
        </w:rPr>
        <w:t>No</w:t>
      </w:r>
      <w:r w:rsidR="00EA6C76" w:rsidRPr="00EA6C76">
        <w:rPr>
          <w:rFonts w:asciiTheme="majorHAnsi" w:hAnsiTheme="majorHAnsi" w:cstheme="majorHAnsi"/>
          <w:sz w:val="52"/>
          <w:szCs w:val="52"/>
        </w:rPr>
        <w:t>□</w:t>
      </w:r>
      <w:r w:rsidRPr="00D16AE4">
        <w:rPr>
          <w:rFonts w:asciiTheme="majorHAnsi" w:hAnsiTheme="majorHAnsi" w:cstheme="majorHAnsi"/>
          <w:sz w:val="28"/>
          <w:szCs w:val="28"/>
        </w:rPr>
        <w:br/>
      </w:r>
    </w:p>
    <w:p w14:paraId="73F71D06" w14:textId="5C9061CE" w:rsidR="00944EAF" w:rsidRPr="00F65EC6" w:rsidRDefault="003818CF" w:rsidP="00D30D9F">
      <w:pPr>
        <w:spacing w:after="0"/>
      </w:pPr>
      <w:r w:rsidRPr="00F65EC6">
        <w:rPr>
          <w:rFonts w:ascii="Calibri" w:hAnsi="Calibri" w:cs="Calibri"/>
          <w:b/>
          <w:color w:val="365F91"/>
          <w:sz w:val="36"/>
        </w:rPr>
        <w:t>Section 4: Driving &amp; Travel</w:t>
      </w:r>
    </w:p>
    <w:p w14:paraId="6A2172C0" w14:textId="196314AE" w:rsidR="00944EAF" w:rsidRPr="00D16AE4" w:rsidRDefault="003818CF">
      <w:pPr>
        <w:rPr>
          <w:rFonts w:asciiTheme="majorHAnsi" w:hAnsiTheme="majorHAnsi" w:cstheme="majorHAnsi"/>
          <w:sz w:val="28"/>
          <w:szCs w:val="28"/>
        </w:rPr>
      </w:pPr>
      <w:r w:rsidRPr="00D16AE4">
        <w:rPr>
          <w:rFonts w:asciiTheme="majorHAnsi" w:hAnsiTheme="majorHAnsi" w:cstheme="majorHAnsi"/>
          <w:sz w:val="28"/>
          <w:szCs w:val="28"/>
        </w:rPr>
        <w:t xml:space="preserve">Driving </w:t>
      </w:r>
      <w:proofErr w:type="spellStart"/>
      <w:r w:rsidR="004B7A59" w:rsidRPr="00D16AE4">
        <w:rPr>
          <w:rFonts w:asciiTheme="majorHAnsi" w:hAnsiTheme="majorHAnsi" w:cstheme="majorHAnsi"/>
          <w:sz w:val="28"/>
          <w:szCs w:val="28"/>
        </w:rPr>
        <w:t>Licen</w:t>
      </w:r>
      <w:r w:rsidR="004B7A59">
        <w:rPr>
          <w:rFonts w:asciiTheme="majorHAnsi" w:hAnsiTheme="majorHAnsi" w:cstheme="majorHAnsi"/>
          <w:sz w:val="28"/>
          <w:szCs w:val="28"/>
        </w:rPr>
        <w:t>c</w:t>
      </w:r>
      <w:r w:rsidR="004B7A59" w:rsidRPr="00D16AE4">
        <w:rPr>
          <w:rFonts w:asciiTheme="majorHAnsi" w:hAnsiTheme="majorHAnsi" w:cstheme="majorHAnsi"/>
          <w:sz w:val="28"/>
          <w:szCs w:val="28"/>
        </w:rPr>
        <w:t>e</w:t>
      </w:r>
      <w:proofErr w:type="spellEnd"/>
      <w:r w:rsidRPr="00D16AE4">
        <w:rPr>
          <w:rFonts w:asciiTheme="majorHAnsi" w:hAnsiTheme="majorHAnsi" w:cstheme="majorHAnsi"/>
          <w:sz w:val="28"/>
          <w:szCs w:val="28"/>
        </w:rPr>
        <w:t xml:space="preserve">:  Yes </w:t>
      </w:r>
      <w:r w:rsidR="00EA6C76" w:rsidRPr="00EA6C76">
        <w:rPr>
          <w:rFonts w:asciiTheme="majorHAnsi" w:hAnsiTheme="majorHAnsi" w:cstheme="majorHAnsi"/>
          <w:sz w:val="52"/>
          <w:szCs w:val="52"/>
        </w:rPr>
        <w:t>□</w:t>
      </w:r>
      <w:r w:rsidRPr="00D16AE4">
        <w:rPr>
          <w:rFonts w:asciiTheme="majorHAnsi" w:hAnsiTheme="majorHAnsi" w:cstheme="majorHAnsi"/>
          <w:sz w:val="28"/>
          <w:szCs w:val="28"/>
        </w:rPr>
        <w:t xml:space="preserve"> No</w:t>
      </w:r>
      <w:r w:rsidR="00EA6C76" w:rsidRPr="00EA6C76">
        <w:rPr>
          <w:rFonts w:asciiTheme="majorHAnsi" w:hAnsiTheme="majorHAnsi" w:cstheme="majorHAnsi"/>
          <w:sz w:val="52"/>
          <w:szCs w:val="52"/>
        </w:rPr>
        <w:t>□</w:t>
      </w:r>
      <w:r w:rsidRPr="00D16AE4">
        <w:rPr>
          <w:rFonts w:asciiTheme="majorHAnsi" w:hAnsiTheme="majorHAnsi" w:cstheme="majorHAnsi"/>
          <w:sz w:val="28"/>
          <w:szCs w:val="28"/>
        </w:rPr>
        <w:t xml:space="preserve">      Access to Transport</w:t>
      </w:r>
      <w:r w:rsidR="00F33EAF">
        <w:rPr>
          <w:rFonts w:asciiTheme="majorHAnsi" w:hAnsiTheme="majorHAnsi" w:cstheme="majorHAnsi"/>
          <w:sz w:val="28"/>
          <w:szCs w:val="28"/>
        </w:rPr>
        <w:t xml:space="preserve"> between sites</w:t>
      </w:r>
      <w:r w:rsidRPr="00D16AE4">
        <w:rPr>
          <w:rFonts w:asciiTheme="majorHAnsi" w:hAnsiTheme="majorHAnsi" w:cstheme="majorHAnsi"/>
          <w:sz w:val="28"/>
          <w:szCs w:val="28"/>
        </w:rPr>
        <w:t xml:space="preserve">: Yes </w:t>
      </w:r>
      <w:r w:rsidR="00EA6C76" w:rsidRPr="00EA6C76">
        <w:rPr>
          <w:rFonts w:asciiTheme="majorHAnsi" w:hAnsiTheme="majorHAnsi" w:cstheme="majorHAnsi"/>
          <w:sz w:val="52"/>
          <w:szCs w:val="52"/>
        </w:rPr>
        <w:t>□</w:t>
      </w:r>
      <w:r w:rsidRPr="00D16AE4">
        <w:rPr>
          <w:rFonts w:asciiTheme="majorHAnsi" w:hAnsiTheme="majorHAnsi" w:cstheme="majorHAnsi"/>
          <w:sz w:val="28"/>
          <w:szCs w:val="28"/>
        </w:rPr>
        <w:t xml:space="preserve"> No</w:t>
      </w:r>
      <w:r w:rsidR="00EA6C76" w:rsidRPr="00EA6C76">
        <w:rPr>
          <w:rFonts w:asciiTheme="majorHAnsi" w:hAnsiTheme="majorHAnsi" w:cstheme="majorHAnsi"/>
          <w:sz w:val="52"/>
          <w:szCs w:val="52"/>
        </w:rPr>
        <w:t>□</w:t>
      </w:r>
    </w:p>
    <w:p w14:paraId="203C2E75" w14:textId="77777777" w:rsidR="00944EAF" w:rsidRPr="00F65EC6" w:rsidRDefault="003818CF" w:rsidP="00EA6C76">
      <w:pPr>
        <w:spacing w:after="0"/>
      </w:pPr>
      <w:r w:rsidRPr="00F65EC6">
        <w:rPr>
          <w:rFonts w:ascii="Calibri" w:hAnsi="Calibri" w:cs="Calibri"/>
          <w:b/>
          <w:color w:val="365F91"/>
          <w:sz w:val="36"/>
        </w:rPr>
        <w:t>Section 5: About You</w:t>
      </w:r>
    </w:p>
    <w:p w14:paraId="76CCCE17" w14:textId="77777777" w:rsidR="00471F75" w:rsidRPr="00471F75" w:rsidRDefault="00471F75" w:rsidP="00471F75">
      <w:pPr>
        <w:rPr>
          <w:rFonts w:asciiTheme="majorHAnsi" w:hAnsiTheme="majorHAnsi" w:cstheme="majorHAnsi"/>
          <w:sz w:val="28"/>
          <w:szCs w:val="28"/>
          <w:lang w:val="en-GB"/>
        </w:rPr>
      </w:pPr>
      <w:r w:rsidRPr="00471F75">
        <w:rPr>
          <w:rFonts w:asciiTheme="majorHAnsi" w:hAnsiTheme="majorHAnsi" w:cstheme="majorHAnsi"/>
          <w:sz w:val="28"/>
          <w:szCs w:val="28"/>
          <w:lang w:val="en-GB"/>
        </w:rPr>
        <w:t>This role involves practical work and supporting adults with learning disabilities in workplace activities.</w:t>
      </w:r>
    </w:p>
    <w:p w14:paraId="2A0B42CA" w14:textId="77777777" w:rsidR="00471F75" w:rsidRPr="00471F75" w:rsidRDefault="00471F75" w:rsidP="005A0992">
      <w:pPr>
        <w:spacing w:after="0"/>
        <w:rPr>
          <w:rFonts w:asciiTheme="majorHAnsi" w:hAnsiTheme="majorHAnsi" w:cstheme="majorHAnsi"/>
          <w:sz w:val="28"/>
          <w:szCs w:val="28"/>
          <w:lang w:val="en-GB"/>
        </w:rPr>
      </w:pPr>
      <w:r w:rsidRPr="00471F75">
        <w:rPr>
          <w:rFonts w:asciiTheme="majorHAnsi" w:hAnsiTheme="majorHAnsi" w:cstheme="majorHAnsi"/>
          <w:sz w:val="28"/>
          <w:szCs w:val="28"/>
          <w:lang w:val="en-GB"/>
        </w:rPr>
        <w:t>Please tell us why you are interested in the role.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6"/>
      </w:tblGrid>
      <w:tr w:rsidR="00A9156E" w14:paraId="5E88D249" w14:textId="77777777" w:rsidTr="00A9156E">
        <w:tc>
          <w:tcPr>
            <w:tcW w:w="10190" w:type="dxa"/>
          </w:tcPr>
          <w:p w14:paraId="291739CF" w14:textId="77777777" w:rsidR="00A9156E" w:rsidRDefault="00A9156E">
            <w:pPr>
              <w:rPr>
                <w:rFonts w:asciiTheme="majorHAnsi" w:hAnsiTheme="majorHAnsi" w:cstheme="majorHAnsi"/>
              </w:rPr>
            </w:pPr>
          </w:p>
          <w:p w14:paraId="6D87601B" w14:textId="77777777" w:rsidR="00A9156E" w:rsidRDefault="00A9156E">
            <w:pPr>
              <w:rPr>
                <w:rFonts w:asciiTheme="majorHAnsi" w:hAnsiTheme="majorHAnsi" w:cstheme="majorHAnsi"/>
              </w:rPr>
            </w:pPr>
          </w:p>
          <w:p w14:paraId="09E618C5" w14:textId="77777777" w:rsidR="00A9156E" w:rsidRDefault="00A9156E">
            <w:pPr>
              <w:rPr>
                <w:rFonts w:asciiTheme="majorHAnsi" w:hAnsiTheme="majorHAnsi" w:cstheme="majorHAnsi"/>
              </w:rPr>
            </w:pPr>
          </w:p>
          <w:p w14:paraId="48DAA016" w14:textId="77777777" w:rsidR="00A9156E" w:rsidRDefault="00A9156E">
            <w:pPr>
              <w:rPr>
                <w:rFonts w:asciiTheme="majorHAnsi" w:hAnsiTheme="majorHAnsi" w:cstheme="majorHAnsi"/>
              </w:rPr>
            </w:pPr>
          </w:p>
          <w:p w14:paraId="4FF11DD4" w14:textId="77777777" w:rsidR="00A9156E" w:rsidRDefault="00A9156E">
            <w:pPr>
              <w:rPr>
                <w:rFonts w:asciiTheme="majorHAnsi" w:hAnsiTheme="majorHAnsi" w:cstheme="majorHAnsi"/>
              </w:rPr>
            </w:pPr>
          </w:p>
          <w:p w14:paraId="0419C807" w14:textId="77777777" w:rsidR="00A9156E" w:rsidRDefault="00A9156E">
            <w:pPr>
              <w:rPr>
                <w:rFonts w:asciiTheme="majorHAnsi" w:hAnsiTheme="majorHAnsi" w:cstheme="majorHAnsi"/>
              </w:rPr>
            </w:pPr>
          </w:p>
          <w:p w14:paraId="41E35118" w14:textId="77777777" w:rsidR="009D078D" w:rsidRDefault="009D078D">
            <w:pPr>
              <w:rPr>
                <w:rFonts w:asciiTheme="majorHAnsi" w:hAnsiTheme="majorHAnsi" w:cstheme="majorHAnsi"/>
              </w:rPr>
            </w:pPr>
          </w:p>
          <w:p w14:paraId="7180E459" w14:textId="77777777" w:rsidR="00A9156E" w:rsidRDefault="00A9156E">
            <w:pPr>
              <w:rPr>
                <w:rFonts w:asciiTheme="majorHAnsi" w:hAnsiTheme="majorHAnsi" w:cstheme="majorHAnsi"/>
              </w:rPr>
            </w:pPr>
          </w:p>
          <w:p w14:paraId="717A75AD" w14:textId="77777777" w:rsidR="009044E6" w:rsidRDefault="009044E6">
            <w:pPr>
              <w:rPr>
                <w:rFonts w:asciiTheme="majorHAnsi" w:hAnsiTheme="majorHAnsi" w:cstheme="majorHAnsi"/>
              </w:rPr>
            </w:pPr>
          </w:p>
          <w:p w14:paraId="3F149A7B" w14:textId="77777777" w:rsidR="00A9156E" w:rsidRDefault="00A9156E">
            <w:pPr>
              <w:rPr>
                <w:rFonts w:asciiTheme="majorHAnsi" w:hAnsiTheme="majorHAnsi" w:cstheme="majorHAnsi"/>
              </w:rPr>
            </w:pPr>
          </w:p>
          <w:p w14:paraId="263C42CF" w14:textId="77777777" w:rsidR="009D078D" w:rsidRDefault="009D078D">
            <w:pPr>
              <w:rPr>
                <w:rFonts w:asciiTheme="majorHAnsi" w:hAnsiTheme="majorHAnsi" w:cstheme="majorHAnsi"/>
              </w:rPr>
            </w:pPr>
          </w:p>
          <w:p w14:paraId="38A45A09" w14:textId="77777777" w:rsidR="009D078D" w:rsidRDefault="009D078D">
            <w:pPr>
              <w:rPr>
                <w:rFonts w:asciiTheme="majorHAnsi" w:hAnsiTheme="majorHAnsi" w:cstheme="majorHAnsi"/>
              </w:rPr>
            </w:pPr>
          </w:p>
          <w:p w14:paraId="3ED8E3A9" w14:textId="77777777" w:rsidR="00A9156E" w:rsidRDefault="00A9156E">
            <w:pPr>
              <w:rPr>
                <w:rFonts w:asciiTheme="majorHAnsi" w:hAnsiTheme="majorHAnsi" w:cstheme="majorHAnsi"/>
              </w:rPr>
            </w:pPr>
          </w:p>
          <w:p w14:paraId="765E30A8" w14:textId="77777777" w:rsidR="00A9156E" w:rsidRDefault="00A9156E">
            <w:pPr>
              <w:rPr>
                <w:rFonts w:asciiTheme="majorHAnsi" w:hAnsiTheme="majorHAnsi" w:cstheme="majorHAnsi"/>
              </w:rPr>
            </w:pPr>
          </w:p>
          <w:p w14:paraId="7DDB3B8F" w14:textId="77777777" w:rsidR="00A9156E" w:rsidRDefault="00A9156E">
            <w:pPr>
              <w:rPr>
                <w:rFonts w:asciiTheme="majorHAnsi" w:hAnsiTheme="majorHAnsi" w:cstheme="majorHAnsi"/>
              </w:rPr>
            </w:pPr>
          </w:p>
        </w:tc>
      </w:tr>
    </w:tbl>
    <w:p w14:paraId="00AC642E" w14:textId="77777777" w:rsidR="00B106A6" w:rsidRDefault="00B106A6">
      <w:pPr>
        <w:rPr>
          <w:rFonts w:asciiTheme="majorHAnsi" w:hAnsiTheme="majorHAnsi" w:cstheme="majorHAnsi"/>
        </w:rPr>
      </w:pPr>
    </w:p>
    <w:p w14:paraId="1AB21351" w14:textId="3682397F" w:rsidR="00B106A6" w:rsidRPr="00B106A6" w:rsidRDefault="00B106A6" w:rsidP="00B106A6">
      <w:pPr>
        <w:spacing w:after="0" w:line="300" w:lineRule="atLeast"/>
        <w:rPr>
          <w:rFonts w:asciiTheme="majorHAnsi" w:eastAsia="Times New Roman" w:hAnsiTheme="majorHAnsi" w:cstheme="majorHAnsi"/>
          <w:sz w:val="21"/>
          <w:szCs w:val="21"/>
          <w:lang w:val="en-GB" w:eastAsia="en-GB"/>
        </w:rPr>
      </w:pPr>
      <w:r w:rsidRPr="00B106A6">
        <w:rPr>
          <w:rFonts w:asciiTheme="majorHAnsi" w:eastAsia="Times New Roman" w:hAnsiTheme="majorHAnsi" w:cstheme="majorHAnsi"/>
          <w:sz w:val="28"/>
          <w:szCs w:val="28"/>
          <w:lang w:val="en-GB" w:eastAsia="en-GB"/>
        </w:rPr>
        <w:t xml:space="preserve">What skills or experience </w:t>
      </w:r>
      <w:r>
        <w:rPr>
          <w:rFonts w:asciiTheme="majorHAnsi" w:eastAsia="Times New Roman" w:hAnsiTheme="majorHAnsi" w:cstheme="majorHAnsi"/>
          <w:sz w:val="28"/>
          <w:szCs w:val="28"/>
          <w:lang w:val="en-GB" w:eastAsia="en-GB"/>
        </w:rPr>
        <w:t xml:space="preserve">do you have that </w:t>
      </w:r>
      <w:r w:rsidRPr="00B106A6">
        <w:rPr>
          <w:rFonts w:asciiTheme="majorHAnsi" w:eastAsia="Times New Roman" w:hAnsiTheme="majorHAnsi" w:cstheme="majorHAnsi"/>
          <w:sz w:val="28"/>
          <w:szCs w:val="28"/>
          <w:lang w:val="en-GB" w:eastAsia="en-GB"/>
        </w:rPr>
        <w:t>would help you succeed in this role?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6"/>
      </w:tblGrid>
      <w:tr w:rsidR="00A9156E" w14:paraId="34C41A69" w14:textId="77777777" w:rsidTr="00A9156E">
        <w:tc>
          <w:tcPr>
            <w:tcW w:w="10190" w:type="dxa"/>
          </w:tcPr>
          <w:p w14:paraId="35C52CA6" w14:textId="77777777" w:rsidR="00A9156E" w:rsidRDefault="00A9156E">
            <w:pPr>
              <w:rPr>
                <w:rFonts w:asciiTheme="majorHAnsi" w:hAnsiTheme="majorHAnsi" w:cstheme="majorHAnsi"/>
                <w:lang w:val="en-GB"/>
              </w:rPr>
            </w:pPr>
          </w:p>
          <w:p w14:paraId="2E7ABD71" w14:textId="77777777" w:rsidR="00A9156E" w:rsidRDefault="00A9156E">
            <w:pPr>
              <w:rPr>
                <w:rFonts w:asciiTheme="majorHAnsi" w:hAnsiTheme="majorHAnsi" w:cstheme="majorHAnsi"/>
                <w:lang w:val="en-GB"/>
              </w:rPr>
            </w:pPr>
          </w:p>
          <w:p w14:paraId="2257B62D" w14:textId="77777777" w:rsidR="00A9156E" w:rsidRDefault="00A9156E">
            <w:pPr>
              <w:rPr>
                <w:rFonts w:asciiTheme="majorHAnsi" w:hAnsiTheme="majorHAnsi" w:cstheme="majorHAnsi"/>
                <w:lang w:val="en-GB"/>
              </w:rPr>
            </w:pPr>
          </w:p>
          <w:p w14:paraId="5602060A" w14:textId="77777777" w:rsidR="00A9156E" w:rsidRDefault="00A9156E">
            <w:pPr>
              <w:rPr>
                <w:rFonts w:asciiTheme="majorHAnsi" w:hAnsiTheme="majorHAnsi" w:cstheme="majorHAnsi"/>
                <w:lang w:val="en-GB"/>
              </w:rPr>
            </w:pPr>
          </w:p>
          <w:p w14:paraId="11F74E77" w14:textId="77777777" w:rsidR="00A9156E" w:rsidRDefault="00A9156E">
            <w:pPr>
              <w:rPr>
                <w:rFonts w:asciiTheme="majorHAnsi" w:hAnsiTheme="majorHAnsi" w:cstheme="majorHAnsi"/>
                <w:lang w:val="en-GB"/>
              </w:rPr>
            </w:pPr>
          </w:p>
          <w:p w14:paraId="0A388DDF" w14:textId="77777777" w:rsidR="009044E6" w:rsidRDefault="009044E6">
            <w:pPr>
              <w:rPr>
                <w:rFonts w:asciiTheme="majorHAnsi" w:hAnsiTheme="majorHAnsi" w:cstheme="majorHAnsi"/>
                <w:lang w:val="en-GB"/>
              </w:rPr>
            </w:pPr>
          </w:p>
          <w:p w14:paraId="4E750C53" w14:textId="77777777" w:rsidR="009044E6" w:rsidRDefault="009044E6">
            <w:pPr>
              <w:rPr>
                <w:rFonts w:asciiTheme="majorHAnsi" w:hAnsiTheme="majorHAnsi" w:cstheme="majorHAnsi"/>
                <w:lang w:val="en-GB"/>
              </w:rPr>
            </w:pPr>
          </w:p>
          <w:p w14:paraId="2AB321B1" w14:textId="77777777" w:rsidR="009044E6" w:rsidRDefault="009044E6">
            <w:pPr>
              <w:rPr>
                <w:rFonts w:asciiTheme="majorHAnsi" w:hAnsiTheme="majorHAnsi" w:cstheme="majorHAnsi"/>
                <w:lang w:val="en-GB"/>
              </w:rPr>
            </w:pPr>
          </w:p>
          <w:p w14:paraId="626A924F" w14:textId="77777777" w:rsidR="00A9156E" w:rsidRDefault="00A9156E">
            <w:pPr>
              <w:rPr>
                <w:rFonts w:asciiTheme="majorHAnsi" w:hAnsiTheme="majorHAnsi" w:cstheme="majorHAnsi"/>
                <w:lang w:val="en-GB"/>
              </w:rPr>
            </w:pPr>
          </w:p>
          <w:p w14:paraId="7F250EAB" w14:textId="77777777" w:rsidR="00A9156E" w:rsidRDefault="00A9156E">
            <w:pPr>
              <w:rPr>
                <w:rFonts w:asciiTheme="majorHAnsi" w:hAnsiTheme="majorHAnsi" w:cstheme="majorHAnsi"/>
                <w:lang w:val="en-GB"/>
              </w:rPr>
            </w:pPr>
          </w:p>
          <w:p w14:paraId="56F30D04" w14:textId="77777777" w:rsidR="00A9156E" w:rsidRDefault="00A9156E">
            <w:pPr>
              <w:rPr>
                <w:rFonts w:asciiTheme="majorHAnsi" w:hAnsiTheme="majorHAnsi" w:cstheme="majorHAnsi"/>
                <w:lang w:val="en-GB"/>
              </w:rPr>
            </w:pPr>
          </w:p>
          <w:p w14:paraId="6E98FDF7" w14:textId="77777777" w:rsidR="00A9156E" w:rsidRDefault="00A9156E">
            <w:pPr>
              <w:rPr>
                <w:rFonts w:asciiTheme="majorHAnsi" w:hAnsiTheme="majorHAnsi" w:cstheme="majorHAnsi"/>
                <w:lang w:val="en-GB"/>
              </w:rPr>
            </w:pPr>
          </w:p>
          <w:p w14:paraId="6FDE763C" w14:textId="77777777" w:rsidR="00A9156E" w:rsidRDefault="00A9156E">
            <w:pPr>
              <w:rPr>
                <w:rFonts w:asciiTheme="majorHAnsi" w:hAnsiTheme="majorHAnsi" w:cstheme="majorHAnsi"/>
                <w:lang w:val="en-GB"/>
              </w:rPr>
            </w:pPr>
          </w:p>
          <w:p w14:paraId="5946CAB7" w14:textId="77777777" w:rsidR="00A9156E" w:rsidRDefault="00A9156E">
            <w:pPr>
              <w:rPr>
                <w:rFonts w:asciiTheme="majorHAnsi" w:hAnsiTheme="majorHAnsi" w:cstheme="majorHAnsi"/>
                <w:lang w:val="en-GB"/>
              </w:rPr>
            </w:pPr>
          </w:p>
          <w:p w14:paraId="000EB76F" w14:textId="77777777" w:rsidR="00A9156E" w:rsidRDefault="00A9156E">
            <w:pPr>
              <w:rPr>
                <w:rFonts w:asciiTheme="majorHAnsi" w:hAnsiTheme="majorHAnsi" w:cstheme="majorHAnsi"/>
                <w:lang w:val="en-GB"/>
              </w:rPr>
            </w:pPr>
          </w:p>
          <w:p w14:paraId="55CD019F" w14:textId="77777777" w:rsidR="009D078D" w:rsidRDefault="009D078D">
            <w:pPr>
              <w:rPr>
                <w:rFonts w:asciiTheme="majorHAnsi" w:hAnsiTheme="majorHAnsi" w:cstheme="majorHAnsi"/>
                <w:lang w:val="en-GB"/>
              </w:rPr>
            </w:pPr>
          </w:p>
        </w:tc>
      </w:tr>
    </w:tbl>
    <w:p w14:paraId="68776352" w14:textId="77777777" w:rsidR="0030578D" w:rsidRDefault="0030578D">
      <w:pPr>
        <w:rPr>
          <w:rFonts w:ascii="Calibri" w:hAnsi="Calibri" w:cs="Calibri"/>
          <w:b/>
          <w:color w:val="365F91"/>
          <w:sz w:val="36"/>
        </w:rPr>
      </w:pPr>
      <w:r>
        <w:rPr>
          <w:rFonts w:ascii="Calibri" w:hAnsi="Calibri" w:cs="Calibri"/>
          <w:b/>
          <w:color w:val="365F91"/>
          <w:sz w:val="36"/>
        </w:rPr>
        <w:br w:type="page"/>
      </w:r>
    </w:p>
    <w:p w14:paraId="19AE2286" w14:textId="4F6B7514" w:rsidR="006B0A35" w:rsidRDefault="006B0A35" w:rsidP="006B0A35">
      <w:pPr>
        <w:spacing w:before="480" w:after="0"/>
        <w:rPr>
          <w:rFonts w:ascii="Calibri" w:hAnsi="Calibri" w:cs="Calibri"/>
          <w:b/>
          <w:color w:val="365F91"/>
          <w:sz w:val="36"/>
        </w:rPr>
      </w:pPr>
      <w:r w:rsidRPr="00F65EC6">
        <w:rPr>
          <w:rFonts w:ascii="Calibri" w:hAnsi="Calibri" w:cs="Calibri"/>
          <w:b/>
          <w:color w:val="365F91"/>
          <w:sz w:val="36"/>
        </w:rPr>
        <w:lastRenderedPageBreak/>
        <w:t xml:space="preserve">Section </w:t>
      </w:r>
      <w:r>
        <w:rPr>
          <w:rFonts w:ascii="Calibri" w:hAnsi="Calibri" w:cs="Calibri"/>
          <w:b/>
          <w:color w:val="365F91"/>
          <w:sz w:val="36"/>
        </w:rPr>
        <w:t>6</w:t>
      </w:r>
      <w:r w:rsidRPr="00F65EC6">
        <w:rPr>
          <w:rFonts w:ascii="Calibri" w:hAnsi="Calibri" w:cs="Calibri"/>
          <w:b/>
          <w:color w:val="365F91"/>
          <w:sz w:val="36"/>
        </w:rPr>
        <w:t xml:space="preserve">: </w:t>
      </w:r>
      <w:r>
        <w:rPr>
          <w:rFonts w:ascii="Calibri" w:hAnsi="Calibri" w:cs="Calibri"/>
          <w:b/>
          <w:color w:val="365F91"/>
          <w:sz w:val="36"/>
        </w:rPr>
        <w:t>Days of Work</w:t>
      </w:r>
    </w:p>
    <w:p w14:paraId="39BAAF4C" w14:textId="73E1F73B" w:rsidR="006B0A35" w:rsidRPr="00E5056D" w:rsidRDefault="006B0A35" w:rsidP="00EB0F12">
      <w:pPr>
        <w:spacing w:after="0"/>
        <w:rPr>
          <w:bCs/>
          <w:color w:val="000000" w:themeColor="text1"/>
          <w:sz w:val="18"/>
          <w:szCs w:val="18"/>
        </w:rPr>
      </w:pPr>
      <w:r w:rsidRPr="00E5056D">
        <w:rPr>
          <w:rFonts w:ascii="Calibri" w:hAnsi="Calibri" w:cs="Calibri"/>
          <w:bCs/>
          <w:color w:val="000000" w:themeColor="text1"/>
          <w:sz w:val="28"/>
          <w:szCs w:val="18"/>
        </w:rPr>
        <w:t xml:space="preserve">Our </w:t>
      </w:r>
      <w:r w:rsidR="00D45D1F" w:rsidRPr="00E5056D">
        <w:rPr>
          <w:rFonts w:ascii="Calibri" w:hAnsi="Calibri" w:cs="Calibri"/>
          <w:bCs/>
          <w:color w:val="000000" w:themeColor="text1"/>
          <w:sz w:val="28"/>
          <w:szCs w:val="18"/>
        </w:rPr>
        <w:t>hours of work are Monday to Saturday are 9am till 4 or 5pm.</w:t>
      </w:r>
      <w:r w:rsidR="00E5056D" w:rsidRPr="00E5056D">
        <w:rPr>
          <w:rFonts w:ascii="Calibri" w:hAnsi="Calibri" w:cs="Calibri"/>
          <w:bCs/>
          <w:color w:val="000000" w:themeColor="text1"/>
          <w:sz w:val="28"/>
          <w:szCs w:val="18"/>
        </w:rPr>
        <w:t xml:space="preserve">  Are there any days or times you would be unavailable to work?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6"/>
      </w:tblGrid>
      <w:tr w:rsidR="0030578D" w14:paraId="626B8C29" w14:textId="77777777" w:rsidTr="0030578D">
        <w:tc>
          <w:tcPr>
            <w:tcW w:w="10190" w:type="dxa"/>
          </w:tcPr>
          <w:p w14:paraId="4A278016" w14:textId="77777777" w:rsidR="0030578D" w:rsidRDefault="0030578D">
            <w:pPr>
              <w:rPr>
                <w:rFonts w:asciiTheme="majorHAnsi" w:hAnsiTheme="majorHAnsi" w:cstheme="majorHAnsi"/>
              </w:rPr>
            </w:pPr>
          </w:p>
          <w:p w14:paraId="3B222A7D" w14:textId="77777777" w:rsidR="0030578D" w:rsidRDefault="0030578D">
            <w:pPr>
              <w:rPr>
                <w:rFonts w:asciiTheme="majorHAnsi" w:hAnsiTheme="majorHAnsi" w:cstheme="majorHAnsi"/>
              </w:rPr>
            </w:pPr>
          </w:p>
          <w:p w14:paraId="1F550886" w14:textId="77777777" w:rsidR="0030578D" w:rsidRDefault="0030578D">
            <w:pPr>
              <w:rPr>
                <w:rFonts w:asciiTheme="majorHAnsi" w:hAnsiTheme="majorHAnsi" w:cstheme="majorHAnsi"/>
              </w:rPr>
            </w:pPr>
          </w:p>
          <w:p w14:paraId="75979D81" w14:textId="77777777" w:rsidR="00EB0F12" w:rsidRDefault="00EB0F12">
            <w:pPr>
              <w:rPr>
                <w:rFonts w:asciiTheme="majorHAnsi" w:hAnsiTheme="majorHAnsi" w:cstheme="majorHAnsi"/>
              </w:rPr>
            </w:pPr>
          </w:p>
          <w:p w14:paraId="24E74BF6" w14:textId="77777777" w:rsidR="00EB0F12" w:rsidRDefault="00EB0F12">
            <w:pPr>
              <w:rPr>
                <w:rFonts w:asciiTheme="majorHAnsi" w:hAnsiTheme="majorHAnsi" w:cstheme="majorHAnsi"/>
              </w:rPr>
            </w:pPr>
          </w:p>
          <w:p w14:paraId="2E92C678" w14:textId="77777777" w:rsidR="0030578D" w:rsidRDefault="0030578D">
            <w:pPr>
              <w:rPr>
                <w:rFonts w:asciiTheme="majorHAnsi" w:hAnsiTheme="majorHAnsi" w:cstheme="majorHAnsi"/>
              </w:rPr>
            </w:pPr>
          </w:p>
          <w:p w14:paraId="562E6C6B" w14:textId="77777777" w:rsidR="0030578D" w:rsidRDefault="0030578D">
            <w:pPr>
              <w:rPr>
                <w:rFonts w:asciiTheme="majorHAnsi" w:hAnsiTheme="majorHAnsi" w:cstheme="majorHAnsi"/>
              </w:rPr>
            </w:pPr>
          </w:p>
          <w:p w14:paraId="41CE6463" w14:textId="77777777" w:rsidR="0030578D" w:rsidRDefault="0030578D">
            <w:pPr>
              <w:rPr>
                <w:rFonts w:asciiTheme="majorHAnsi" w:hAnsiTheme="majorHAnsi" w:cstheme="majorHAnsi"/>
              </w:rPr>
            </w:pPr>
          </w:p>
          <w:p w14:paraId="506F8C70" w14:textId="77777777" w:rsidR="0030578D" w:rsidRDefault="0030578D">
            <w:pPr>
              <w:rPr>
                <w:rFonts w:asciiTheme="majorHAnsi" w:hAnsiTheme="majorHAnsi" w:cstheme="majorHAnsi"/>
              </w:rPr>
            </w:pPr>
          </w:p>
        </w:tc>
      </w:tr>
    </w:tbl>
    <w:p w14:paraId="78416C5A" w14:textId="602D92F4" w:rsidR="00944EAF" w:rsidRPr="00F65EC6" w:rsidRDefault="003818CF" w:rsidP="0030578D">
      <w:r w:rsidRPr="0027294D">
        <w:rPr>
          <w:rFonts w:asciiTheme="majorHAnsi" w:hAnsiTheme="majorHAnsi" w:cstheme="majorHAnsi"/>
        </w:rPr>
        <w:br/>
      </w:r>
      <w:r w:rsidRPr="00F65EC6">
        <w:rPr>
          <w:rFonts w:ascii="Calibri" w:hAnsi="Calibri" w:cs="Calibri"/>
          <w:b/>
          <w:color w:val="365F91"/>
          <w:sz w:val="36"/>
        </w:rPr>
        <w:t>Section 7: Employment History</w:t>
      </w:r>
    </w:p>
    <w:p w14:paraId="00E6C245" w14:textId="77777777" w:rsidR="00944EAF" w:rsidRPr="0027294D" w:rsidRDefault="003818CF">
      <w:pPr>
        <w:rPr>
          <w:rFonts w:asciiTheme="majorHAnsi" w:hAnsiTheme="majorHAnsi" w:cstheme="majorHAnsi"/>
          <w:sz w:val="28"/>
          <w:szCs w:val="28"/>
        </w:rPr>
      </w:pPr>
      <w:r w:rsidRPr="0027294D">
        <w:rPr>
          <w:rFonts w:asciiTheme="majorHAnsi" w:hAnsiTheme="majorHAnsi" w:cstheme="majorHAnsi"/>
          <w:sz w:val="28"/>
          <w:szCs w:val="28"/>
        </w:rPr>
        <w:t>You may attach a CV if preferred.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4"/>
        <w:gridCol w:w="7112"/>
      </w:tblGrid>
      <w:tr w:rsidR="00944EAF" w:rsidRPr="0027294D" w14:paraId="64F7BCF0" w14:textId="77777777" w:rsidTr="007C5CC1">
        <w:trPr>
          <w:trHeight w:val="567"/>
        </w:trPr>
        <w:tc>
          <w:tcPr>
            <w:tcW w:w="2802" w:type="dxa"/>
          </w:tcPr>
          <w:p w14:paraId="2FB77110" w14:textId="77777777" w:rsidR="00944EAF" w:rsidRPr="0027294D" w:rsidRDefault="003818CF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27294D">
              <w:rPr>
                <w:rFonts w:asciiTheme="majorHAnsi" w:hAnsiTheme="majorHAnsi" w:cstheme="majorHAnsi"/>
                <w:sz w:val="28"/>
                <w:szCs w:val="28"/>
              </w:rPr>
              <w:t>Employer</w:t>
            </w:r>
          </w:p>
        </w:tc>
        <w:tc>
          <w:tcPr>
            <w:tcW w:w="7398" w:type="dxa"/>
          </w:tcPr>
          <w:p w14:paraId="2B793BCC" w14:textId="77777777" w:rsidR="00944EAF" w:rsidRPr="0027294D" w:rsidRDefault="00944EAF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944EAF" w:rsidRPr="0027294D" w14:paraId="63767133" w14:textId="77777777" w:rsidTr="007C5CC1">
        <w:trPr>
          <w:trHeight w:val="567"/>
        </w:trPr>
        <w:tc>
          <w:tcPr>
            <w:tcW w:w="2802" w:type="dxa"/>
          </w:tcPr>
          <w:p w14:paraId="0F1831BF" w14:textId="77777777" w:rsidR="00944EAF" w:rsidRPr="0027294D" w:rsidRDefault="003818CF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27294D">
              <w:rPr>
                <w:rFonts w:asciiTheme="majorHAnsi" w:hAnsiTheme="majorHAnsi" w:cstheme="majorHAnsi"/>
                <w:sz w:val="28"/>
                <w:szCs w:val="28"/>
              </w:rPr>
              <w:t>Job Title</w:t>
            </w:r>
          </w:p>
        </w:tc>
        <w:tc>
          <w:tcPr>
            <w:tcW w:w="7398" w:type="dxa"/>
          </w:tcPr>
          <w:p w14:paraId="2E39336C" w14:textId="77777777" w:rsidR="00944EAF" w:rsidRPr="0027294D" w:rsidRDefault="00944EAF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944EAF" w:rsidRPr="0027294D" w14:paraId="3CE4D06F" w14:textId="77777777" w:rsidTr="007C5CC1">
        <w:trPr>
          <w:trHeight w:val="567"/>
        </w:trPr>
        <w:tc>
          <w:tcPr>
            <w:tcW w:w="2802" w:type="dxa"/>
          </w:tcPr>
          <w:p w14:paraId="51E1AFDB" w14:textId="57E65E3C" w:rsidR="00944EAF" w:rsidRPr="0027294D" w:rsidRDefault="003818CF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27294D">
              <w:rPr>
                <w:rFonts w:asciiTheme="majorHAnsi" w:hAnsiTheme="majorHAnsi" w:cstheme="majorHAnsi"/>
                <w:sz w:val="28"/>
                <w:szCs w:val="28"/>
              </w:rPr>
              <w:t>Dates</w:t>
            </w:r>
            <w:r w:rsidR="00AE51AF">
              <w:rPr>
                <w:rFonts w:asciiTheme="majorHAnsi" w:hAnsiTheme="majorHAnsi" w:cstheme="majorHAnsi"/>
                <w:sz w:val="28"/>
                <w:szCs w:val="28"/>
              </w:rPr>
              <w:t xml:space="preserve"> Employed</w:t>
            </w:r>
          </w:p>
        </w:tc>
        <w:tc>
          <w:tcPr>
            <w:tcW w:w="7398" w:type="dxa"/>
          </w:tcPr>
          <w:p w14:paraId="5A2447D6" w14:textId="77777777" w:rsidR="00944EAF" w:rsidRPr="0027294D" w:rsidRDefault="00944EAF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944EAF" w:rsidRPr="0027294D" w14:paraId="1FF04A78" w14:textId="77777777" w:rsidTr="007C5CC1">
        <w:trPr>
          <w:trHeight w:val="1531"/>
        </w:trPr>
        <w:tc>
          <w:tcPr>
            <w:tcW w:w="2802" w:type="dxa"/>
          </w:tcPr>
          <w:p w14:paraId="311CF72F" w14:textId="77777777" w:rsidR="00944EAF" w:rsidRPr="0027294D" w:rsidRDefault="003818CF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27294D">
              <w:rPr>
                <w:rFonts w:asciiTheme="majorHAnsi" w:hAnsiTheme="majorHAnsi" w:cstheme="majorHAnsi"/>
                <w:sz w:val="28"/>
                <w:szCs w:val="28"/>
              </w:rPr>
              <w:t>Main Duties</w:t>
            </w:r>
          </w:p>
        </w:tc>
        <w:tc>
          <w:tcPr>
            <w:tcW w:w="7398" w:type="dxa"/>
          </w:tcPr>
          <w:p w14:paraId="3AB67076" w14:textId="77777777" w:rsidR="00944EAF" w:rsidRDefault="00944EAF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  <w:p w14:paraId="3F439D24" w14:textId="77777777" w:rsidR="0027294D" w:rsidRPr="0027294D" w:rsidRDefault="0027294D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944EAF" w:rsidRPr="0027294D" w14:paraId="68E1E215" w14:textId="77777777" w:rsidTr="0027294D">
        <w:tc>
          <w:tcPr>
            <w:tcW w:w="2802" w:type="dxa"/>
          </w:tcPr>
          <w:p w14:paraId="60658FA5" w14:textId="77777777" w:rsidR="00944EAF" w:rsidRPr="0027294D" w:rsidRDefault="003818CF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27294D">
              <w:rPr>
                <w:rFonts w:asciiTheme="majorHAnsi" w:hAnsiTheme="majorHAnsi" w:cstheme="majorHAnsi"/>
                <w:sz w:val="28"/>
                <w:szCs w:val="28"/>
              </w:rPr>
              <w:t>Reason for Leaving</w:t>
            </w:r>
          </w:p>
        </w:tc>
        <w:tc>
          <w:tcPr>
            <w:tcW w:w="7398" w:type="dxa"/>
          </w:tcPr>
          <w:p w14:paraId="334493AB" w14:textId="77777777" w:rsidR="00944EAF" w:rsidRPr="0027294D" w:rsidRDefault="00944EAF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</w:tbl>
    <w:p w14:paraId="0F8D22C8" w14:textId="77777777" w:rsidR="0027294D" w:rsidRDefault="0027294D" w:rsidP="0027294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4"/>
        <w:gridCol w:w="7112"/>
      </w:tblGrid>
      <w:tr w:rsidR="0027294D" w:rsidRPr="0027294D" w14:paraId="2B12CDB9" w14:textId="77777777" w:rsidTr="0030578D">
        <w:trPr>
          <w:trHeight w:val="397"/>
        </w:trPr>
        <w:tc>
          <w:tcPr>
            <w:tcW w:w="2800" w:type="dxa"/>
          </w:tcPr>
          <w:p w14:paraId="3AE9EAA9" w14:textId="77777777" w:rsidR="0027294D" w:rsidRPr="0027294D" w:rsidRDefault="0027294D" w:rsidP="00421114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27294D">
              <w:rPr>
                <w:rFonts w:asciiTheme="majorHAnsi" w:hAnsiTheme="majorHAnsi" w:cstheme="majorHAnsi"/>
                <w:sz w:val="28"/>
                <w:szCs w:val="28"/>
              </w:rPr>
              <w:t>Employer</w:t>
            </w:r>
          </w:p>
        </w:tc>
        <w:tc>
          <w:tcPr>
            <w:tcW w:w="7390" w:type="dxa"/>
          </w:tcPr>
          <w:p w14:paraId="3ADC28B7" w14:textId="77777777" w:rsidR="0027294D" w:rsidRPr="0027294D" w:rsidRDefault="0027294D" w:rsidP="00421114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27294D" w:rsidRPr="0027294D" w14:paraId="29EED195" w14:textId="77777777" w:rsidTr="0030578D">
        <w:trPr>
          <w:trHeight w:val="397"/>
        </w:trPr>
        <w:tc>
          <w:tcPr>
            <w:tcW w:w="2800" w:type="dxa"/>
          </w:tcPr>
          <w:p w14:paraId="0B6AF280" w14:textId="77777777" w:rsidR="0027294D" w:rsidRPr="0027294D" w:rsidRDefault="0027294D" w:rsidP="00421114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27294D">
              <w:rPr>
                <w:rFonts w:asciiTheme="majorHAnsi" w:hAnsiTheme="majorHAnsi" w:cstheme="majorHAnsi"/>
                <w:sz w:val="28"/>
                <w:szCs w:val="28"/>
              </w:rPr>
              <w:t>Job Title</w:t>
            </w:r>
          </w:p>
        </w:tc>
        <w:tc>
          <w:tcPr>
            <w:tcW w:w="7390" w:type="dxa"/>
          </w:tcPr>
          <w:p w14:paraId="20E5C622" w14:textId="77777777" w:rsidR="0027294D" w:rsidRPr="0027294D" w:rsidRDefault="0027294D" w:rsidP="00421114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27294D" w:rsidRPr="0027294D" w14:paraId="583FCD04" w14:textId="77777777" w:rsidTr="0030578D">
        <w:trPr>
          <w:trHeight w:val="397"/>
        </w:trPr>
        <w:tc>
          <w:tcPr>
            <w:tcW w:w="2800" w:type="dxa"/>
          </w:tcPr>
          <w:p w14:paraId="49EB02B1" w14:textId="6377F35A" w:rsidR="0027294D" w:rsidRPr="0027294D" w:rsidRDefault="0027294D" w:rsidP="00421114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27294D">
              <w:rPr>
                <w:rFonts w:asciiTheme="majorHAnsi" w:hAnsiTheme="majorHAnsi" w:cstheme="majorHAnsi"/>
                <w:sz w:val="28"/>
                <w:szCs w:val="28"/>
              </w:rPr>
              <w:t>Dates</w:t>
            </w:r>
            <w:r w:rsidR="00AE51AF">
              <w:rPr>
                <w:rFonts w:asciiTheme="majorHAnsi" w:hAnsiTheme="majorHAnsi" w:cstheme="majorHAnsi"/>
                <w:sz w:val="28"/>
                <w:szCs w:val="28"/>
              </w:rPr>
              <w:t xml:space="preserve"> Employed</w:t>
            </w:r>
          </w:p>
        </w:tc>
        <w:tc>
          <w:tcPr>
            <w:tcW w:w="7390" w:type="dxa"/>
          </w:tcPr>
          <w:p w14:paraId="57D317AB" w14:textId="77777777" w:rsidR="0027294D" w:rsidRPr="0027294D" w:rsidRDefault="0027294D" w:rsidP="00421114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27294D" w:rsidRPr="0027294D" w14:paraId="4646F86C" w14:textId="77777777" w:rsidTr="0030578D">
        <w:trPr>
          <w:trHeight w:val="1474"/>
        </w:trPr>
        <w:tc>
          <w:tcPr>
            <w:tcW w:w="2800" w:type="dxa"/>
          </w:tcPr>
          <w:p w14:paraId="22A900C0" w14:textId="77777777" w:rsidR="0027294D" w:rsidRPr="0027294D" w:rsidRDefault="0027294D" w:rsidP="00421114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27294D">
              <w:rPr>
                <w:rFonts w:asciiTheme="majorHAnsi" w:hAnsiTheme="majorHAnsi" w:cstheme="majorHAnsi"/>
                <w:sz w:val="28"/>
                <w:szCs w:val="28"/>
              </w:rPr>
              <w:t>Main Duties</w:t>
            </w:r>
          </w:p>
        </w:tc>
        <w:tc>
          <w:tcPr>
            <w:tcW w:w="7390" w:type="dxa"/>
          </w:tcPr>
          <w:p w14:paraId="488E879D" w14:textId="77777777" w:rsidR="0027294D" w:rsidRDefault="0027294D" w:rsidP="00421114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  <w:p w14:paraId="1EF55EEA" w14:textId="77777777" w:rsidR="0027294D" w:rsidRPr="0027294D" w:rsidRDefault="0027294D" w:rsidP="00421114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27294D" w:rsidRPr="0027294D" w14:paraId="1666F5BD" w14:textId="77777777" w:rsidTr="0030578D">
        <w:tc>
          <w:tcPr>
            <w:tcW w:w="2800" w:type="dxa"/>
          </w:tcPr>
          <w:p w14:paraId="2BB510AA" w14:textId="77777777" w:rsidR="0027294D" w:rsidRPr="0027294D" w:rsidRDefault="0027294D" w:rsidP="00421114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27294D">
              <w:rPr>
                <w:rFonts w:asciiTheme="majorHAnsi" w:hAnsiTheme="majorHAnsi" w:cstheme="majorHAnsi"/>
                <w:sz w:val="28"/>
                <w:szCs w:val="28"/>
              </w:rPr>
              <w:t>Reason for Leaving</w:t>
            </w:r>
          </w:p>
        </w:tc>
        <w:tc>
          <w:tcPr>
            <w:tcW w:w="7390" w:type="dxa"/>
          </w:tcPr>
          <w:p w14:paraId="5C4D23E5" w14:textId="77777777" w:rsidR="0027294D" w:rsidRPr="0027294D" w:rsidRDefault="0027294D" w:rsidP="00421114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</w:tbl>
    <w:p w14:paraId="28653404" w14:textId="77777777" w:rsidR="009D078D" w:rsidRDefault="009D078D" w:rsidP="0027294D">
      <w:pPr>
        <w:rPr>
          <w:rFonts w:asciiTheme="majorHAnsi" w:hAnsiTheme="majorHAnsi" w:cstheme="majorHAnsi"/>
          <w:sz w:val="32"/>
          <w:szCs w:val="32"/>
        </w:rPr>
      </w:pPr>
    </w:p>
    <w:p w14:paraId="282052D8" w14:textId="77777777" w:rsidR="009D078D" w:rsidRDefault="009D078D" w:rsidP="0027294D">
      <w:pPr>
        <w:rPr>
          <w:rFonts w:asciiTheme="majorHAnsi" w:hAnsiTheme="majorHAnsi" w:cstheme="majorHAnsi"/>
          <w:sz w:val="32"/>
          <w:szCs w:val="32"/>
        </w:rPr>
      </w:pPr>
    </w:p>
    <w:p w14:paraId="18A76E20" w14:textId="4D89521F" w:rsidR="0027294D" w:rsidRPr="00EE422C" w:rsidRDefault="0030578D" w:rsidP="0027294D">
      <w:pPr>
        <w:rPr>
          <w:rFonts w:asciiTheme="majorHAnsi" w:hAnsiTheme="majorHAnsi" w:cstheme="majorHAnsi"/>
          <w:sz w:val="32"/>
          <w:szCs w:val="32"/>
        </w:rPr>
      </w:pPr>
      <w:r w:rsidRPr="00EE422C">
        <w:rPr>
          <w:rFonts w:asciiTheme="majorHAnsi" w:hAnsiTheme="majorHAnsi" w:cstheme="majorHAnsi"/>
          <w:sz w:val="32"/>
          <w:szCs w:val="32"/>
        </w:rPr>
        <w:lastRenderedPageBreak/>
        <w:t xml:space="preserve">Employment </w:t>
      </w:r>
      <w:r w:rsidR="00EE422C" w:rsidRPr="00EE422C">
        <w:rPr>
          <w:rFonts w:asciiTheme="majorHAnsi" w:hAnsiTheme="majorHAnsi" w:cstheme="majorHAnsi"/>
          <w:sz w:val="32"/>
          <w:szCs w:val="32"/>
        </w:rPr>
        <w:t>history continued</w:t>
      </w:r>
      <w:r w:rsidR="00EE422C">
        <w:rPr>
          <w:rFonts w:asciiTheme="majorHAnsi" w:hAnsiTheme="majorHAnsi" w:cstheme="majorHAnsi"/>
          <w:sz w:val="32"/>
          <w:szCs w:val="32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4"/>
        <w:gridCol w:w="7112"/>
      </w:tblGrid>
      <w:tr w:rsidR="007C5CC1" w:rsidRPr="0027294D" w14:paraId="44AE955B" w14:textId="77777777" w:rsidTr="00421114">
        <w:tc>
          <w:tcPr>
            <w:tcW w:w="2802" w:type="dxa"/>
          </w:tcPr>
          <w:p w14:paraId="048777F9" w14:textId="77777777" w:rsidR="007C5CC1" w:rsidRPr="0027294D" w:rsidRDefault="007C5CC1" w:rsidP="00421114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27294D">
              <w:rPr>
                <w:rFonts w:asciiTheme="majorHAnsi" w:hAnsiTheme="majorHAnsi" w:cstheme="majorHAnsi"/>
                <w:sz w:val="28"/>
                <w:szCs w:val="28"/>
              </w:rPr>
              <w:t>Employer</w:t>
            </w:r>
          </w:p>
        </w:tc>
        <w:tc>
          <w:tcPr>
            <w:tcW w:w="7398" w:type="dxa"/>
          </w:tcPr>
          <w:p w14:paraId="5C124A05" w14:textId="77777777" w:rsidR="007C5CC1" w:rsidRPr="0027294D" w:rsidRDefault="007C5CC1" w:rsidP="00421114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7C5CC1" w:rsidRPr="0027294D" w14:paraId="34E85B6E" w14:textId="77777777" w:rsidTr="00421114">
        <w:tc>
          <w:tcPr>
            <w:tcW w:w="2802" w:type="dxa"/>
          </w:tcPr>
          <w:p w14:paraId="78A4A157" w14:textId="77777777" w:rsidR="007C5CC1" w:rsidRPr="0027294D" w:rsidRDefault="007C5CC1" w:rsidP="00421114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27294D">
              <w:rPr>
                <w:rFonts w:asciiTheme="majorHAnsi" w:hAnsiTheme="majorHAnsi" w:cstheme="majorHAnsi"/>
                <w:sz w:val="28"/>
                <w:szCs w:val="28"/>
              </w:rPr>
              <w:t>Job Title</w:t>
            </w:r>
          </w:p>
        </w:tc>
        <w:tc>
          <w:tcPr>
            <w:tcW w:w="7398" w:type="dxa"/>
          </w:tcPr>
          <w:p w14:paraId="5ECE8C47" w14:textId="77777777" w:rsidR="007C5CC1" w:rsidRPr="0027294D" w:rsidRDefault="007C5CC1" w:rsidP="00421114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7C5CC1" w:rsidRPr="0027294D" w14:paraId="2C6B10A2" w14:textId="77777777" w:rsidTr="00421114">
        <w:tc>
          <w:tcPr>
            <w:tcW w:w="2802" w:type="dxa"/>
          </w:tcPr>
          <w:p w14:paraId="51086A6B" w14:textId="6EE23504" w:rsidR="007C5CC1" w:rsidRPr="0027294D" w:rsidRDefault="007C5CC1" w:rsidP="00421114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27294D">
              <w:rPr>
                <w:rFonts w:asciiTheme="majorHAnsi" w:hAnsiTheme="majorHAnsi" w:cstheme="majorHAnsi"/>
                <w:sz w:val="28"/>
                <w:szCs w:val="28"/>
              </w:rPr>
              <w:t>Dates</w:t>
            </w:r>
            <w:r w:rsidR="00AE51AF">
              <w:rPr>
                <w:rFonts w:asciiTheme="majorHAnsi" w:hAnsiTheme="majorHAnsi" w:cstheme="majorHAnsi"/>
                <w:sz w:val="28"/>
                <w:szCs w:val="28"/>
              </w:rPr>
              <w:t xml:space="preserve"> Employed</w:t>
            </w:r>
          </w:p>
        </w:tc>
        <w:tc>
          <w:tcPr>
            <w:tcW w:w="7398" w:type="dxa"/>
          </w:tcPr>
          <w:p w14:paraId="4AE77472" w14:textId="77777777" w:rsidR="007C5CC1" w:rsidRPr="0027294D" w:rsidRDefault="007C5CC1" w:rsidP="00421114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7C5CC1" w:rsidRPr="0027294D" w14:paraId="3120BBDA" w14:textId="77777777" w:rsidTr="007C5CC1">
        <w:trPr>
          <w:trHeight w:val="1417"/>
        </w:trPr>
        <w:tc>
          <w:tcPr>
            <w:tcW w:w="2802" w:type="dxa"/>
          </w:tcPr>
          <w:p w14:paraId="2269DAD0" w14:textId="77777777" w:rsidR="007C5CC1" w:rsidRPr="0027294D" w:rsidRDefault="007C5CC1" w:rsidP="00421114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27294D">
              <w:rPr>
                <w:rFonts w:asciiTheme="majorHAnsi" w:hAnsiTheme="majorHAnsi" w:cstheme="majorHAnsi"/>
                <w:sz w:val="28"/>
                <w:szCs w:val="28"/>
              </w:rPr>
              <w:t>Main Duties</w:t>
            </w:r>
          </w:p>
        </w:tc>
        <w:tc>
          <w:tcPr>
            <w:tcW w:w="7398" w:type="dxa"/>
          </w:tcPr>
          <w:p w14:paraId="52736CC6" w14:textId="77777777" w:rsidR="007C5CC1" w:rsidRPr="0027294D" w:rsidRDefault="007C5CC1" w:rsidP="00421114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7C5CC1" w:rsidRPr="0027294D" w14:paraId="50052C6E" w14:textId="77777777" w:rsidTr="00421114">
        <w:tc>
          <w:tcPr>
            <w:tcW w:w="2802" w:type="dxa"/>
          </w:tcPr>
          <w:p w14:paraId="4FD35E74" w14:textId="77777777" w:rsidR="007C5CC1" w:rsidRPr="0027294D" w:rsidRDefault="007C5CC1" w:rsidP="00421114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27294D">
              <w:rPr>
                <w:rFonts w:asciiTheme="majorHAnsi" w:hAnsiTheme="majorHAnsi" w:cstheme="majorHAnsi"/>
                <w:sz w:val="28"/>
                <w:szCs w:val="28"/>
              </w:rPr>
              <w:t>Reason for Leaving</w:t>
            </w:r>
          </w:p>
        </w:tc>
        <w:tc>
          <w:tcPr>
            <w:tcW w:w="7398" w:type="dxa"/>
          </w:tcPr>
          <w:p w14:paraId="7ADB742F" w14:textId="77777777" w:rsidR="007C5CC1" w:rsidRPr="0027294D" w:rsidRDefault="007C5CC1" w:rsidP="00421114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</w:tbl>
    <w:p w14:paraId="2F6C9012" w14:textId="16EE7CCB" w:rsidR="00944EAF" w:rsidRPr="00F65EC6" w:rsidRDefault="003818CF" w:rsidP="00F65EC6">
      <w:pPr>
        <w:spacing w:before="480" w:after="0"/>
      </w:pPr>
      <w:r w:rsidRPr="00F65EC6">
        <w:rPr>
          <w:rFonts w:ascii="Calibri" w:hAnsi="Calibri" w:cs="Calibri"/>
          <w:b/>
          <w:color w:val="365F91"/>
          <w:sz w:val="36"/>
        </w:rPr>
        <w:t>Section 8: Qualifications &amp; Training</w:t>
      </w:r>
    </w:p>
    <w:p w14:paraId="72DFCC7E" w14:textId="1413664B" w:rsidR="00944EAF" w:rsidRPr="00D16AE4" w:rsidRDefault="003818CF">
      <w:pPr>
        <w:rPr>
          <w:rFonts w:asciiTheme="majorHAnsi" w:hAnsiTheme="majorHAnsi" w:cstheme="majorHAnsi"/>
          <w:sz w:val="28"/>
          <w:szCs w:val="28"/>
        </w:rPr>
      </w:pPr>
      <w:r w:rsidRPr="00D16AE4">
        <w:rPr>
          <w:rFonts w:asciiTheme="majorHAnsi" w:hAnsiTheme="majorHAnsi" w:cstheme="majorHAnsi"/>
          <w:sz w:val="28"/>
          <w:szCs w:val="28"/>
        </w:rPr>
        <w:t>List relevant qualifications, certificates or training.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01"/>
        <w:gridCol w:w="2055"/>
      </w:tblGrid>
      <w:tr w:rsidR="00944EAF" w:rsidRPr="0027294D" w14:paraId="6D7EA63F" w14:textId="77777777" w:rsidTr="006015B9">
        <w:tc>
          <w:tcPr>
            <w:tcW w:w="7801" w:type="dxa"/>
          </w:tcPr>
          <w:p w14:paraId="0EB4E255" w14:textId="52689A9B" w:rsidR="00944EAF" w:rsidRPr="00D16AE4" w:rsidRDefault="003818CF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D16AE4">
              <w:rPr>
                <w:rFonts w:asciiTheme="majorHAnsi" w:hAnsiTheme="majorHAnsi" w:cstheme="majorHAnsi"/>
                <w:sz w:val="28"/>
                <w:szCs w:val="28"/>
              </w:rPr>
              <w:t>Qualification</w:t>
            </w:r>
            <w:r w:rsidR="00015234">
              <w:rPr>
                <w:rFonts w:asciiTheme="majorHAnsi" w:hAnsiTheme="majorHAnsi" w:cstheme="majorHAnsi"/>
                <w:sz w:val="28"/>
                <w:szCs w:val="28"/>
              </w:rPr>
              <w:t>/Training</w:t>
            </w:r>
          </w:p>
        </w:tc>
        <w:tc>
          <w:tcPr>
            <w:tcW w:w="2055" w:type="dxa"/>
          </w:tcPr>
          <w:p w14:paraId="4C5B815D" w14:textId="77777777" w:rsidR="00944EAF" w:rsidRPr="00D16AE4" w:rsidRDefault="003818CF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D16AE4">
              <w:rPr>
                <w:rFonts w:asciiTheme="majorHAnsi" w:hAnsiTheme="majorHAnsi" w:cstheme="majorHAnsi"/>
                <w:sz w:val="28"/>
                <w:szCs w:val="28"/>
              </w:rPr>
              <w:t>Year</w:t>
            </w:r>
          </w:p>
        </w:tc>
      </w:tr>
      <w:tr w:rsidR="00944EAF" w:rsidRPr="0027294D" w14:paraId="3138CB95" w14:textId="77777777" w:rsidTr="006015B9">
        <w:tc>
          <w:tcPr>
            <w:tcW w:w="7801" w:type="dxa"/>
          </w:tcPr>
          <w:p w14:paraId="2EBCBA72" w14:textId="77777777" w:rsidR="00944EAF" w:rsidRPr="00D16AE4" w:rsidRDefault="00944EAF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2055" w:type="dxa"/>
          </w:tcPr>
          <w:p w14:paraId="19496F20" w14:textId="77777777" w:rsidR="00944EAF" w:rsidRPr="00D16AE4" w:rsidRDefault="00944EAF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944EAF" w:rsidRPr="0027294D" w14:paraId="74EC649D" w14:textId="77777777" w:rsidTr="006015B9">
        <w:tc>
          <w:tcPr>
            <w:tcW w:w="7801" w:type="dxa"/>
          </w:tcPr>
          <w:p w14:paraId="6AE6EC5E" w14:textId="77777777" w:rsidR="00944EAF" w:rsidRPr="00D16AE4" w:rsidRDefault="00944EAF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2055" w:type="dxa"/>
          </w:tcPr>
          <w:p w14:paraId="3806B8CD" w14:textId="77777777" w:rsidR="00944EAF" w:rsidRPr="00D16AE4" w:rsidRDefault="00944EAF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944EAF" w:rsidRPr="0027294D" w14:paraId="3727BF7F" w14:textId="77777777" w:rsidTr="006015B9">
        <w:tc>
          <w:tcPr>
            <w:tcW w:w="7801" w:type="dxa"/>
          </w:tcPr>
          <w:p w14:paraId="2BDCDA91" w14:textId="77777777" w:rsidR="00944EAF" w:rsidRPr="00D16AE4" w:rsidRDefault="00944EAF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2055" w:type="dxa"/>
          </w:tcPr>
          <w:p w14:paraId="52B9A625" w14:textId="77777777" w:rsidR="00944EAF" w:rsidRPr="00D16AE4" w:rsidRDefault="00944EAF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944EAF" w:rsidRPr="0027294D" w14:paraId="2BF30D0F" w14:textId="77777777" w:rsidTr="006015B9">
        <w:tc>
          <w:tcPr>
            <w:tcW w:w="7801" w:type="dxa"/>
          </w:tcPr>
          <w:p w14:paraId="0AEA2DC0" w14:textId="77777777" w:rsidR="00944EAF" w:rsidRPr="00D16AE4" w:rsidRDefault="00944EAF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2055" w:type="dxa"/>
          </w:tcPr>
          <w:p w14:paraId="54E9E495" w14:textId="77777777" w:rsidR="00944EAF" w:rsidRPr="00D16AE4" w:rsidRDefault="00944EAF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D16AE4" w:rsidRPr="0027294D" w14:paraId="0C0FF7B1" w14:textId="77777777" w:rsidTr="006015B9">
        <w:tc>
          <w:tcPr>
            <w:tcW w:w="7801" w:type="dxa"/>
          </w:tcPr>
          <w:p w14:paraId="29026406" w14:textId="77777777" w:rsidR="00D16AE4" w:rsidRPr="00D16AE4" w:rsidRDefault="00D16AE4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2055" w:type="dxa"/>
          </w:tcPr>
          <w:p w14:paraId="5BC412BE" w14:textId="77777777" w:rsidR="00D16AE4" w:rsidRPr="00D16AE4" w:rsidRDefault="00D16AE4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D16AE4" w:rsidRPr="0027294D" w14:paraId="20BC7841" w14:textId="77777777" w:rsidTr="006015B9">
        <w:tc>
          <w:tcPr>
            <w:tcW w:w="7801" w:type="dxa"/>
          </w:tcPr>
          <w:p w14:paraId="5C21601E" w14:textId="77777777" w:rsidR="00D16AE4" w:rsidRPr="00D16AE4" w:rsidRDefault="00D16AE4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2055" w:type="dxa"/>
          </w:tcPr>
          <w:p w14:paraId="07714DA5" w14:textId="77777777" w:rsidR="00D16AE4" w:rsidRPr="00D16AE4" w:rsidRDefault="00D16AE4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</w:tbl>
    <w:p w14:paraId="2BE59324" w14:textId="77777777" w:rsidR="006015B9" w:rsidRDefault="006015B9" w:rsidP="006015B9">
      <w:pPr>
        <w:spacing w:after="0" w:line="300" w:lineRule="atLeast"/>
        <w:rPr>
          <w:rFonts w:asciiTheme="majorHAnsi" w:eastAsia="Times New Roman" w:hAnsiTheme="majorHAnsi" w:cstheme="majorHAnsi"/>
          <w:sz w:val="28"/>
          <w:szCs w:val="28"/>
          <w:lang w:val="en-GB" w:eastAsia="en-GB"/>
        </w:rPr>
      </w:pPr>
    </w:p>
    <w:p w14:paraId="3C3058E3" w14:textId="52BFF8B3" w:rsidR="006015B9" w:rsidRPr="00B106A6" w:rsidRDefault="006015B9" w:rsidP="006015B9">
      <w:pPr>
        <w:spacing w:after="0" w:line="300" w:lineRule="atLeast"/>
        <w:rPr>
          <w:rFonts w:asciiTheme="majorHAnsi" w:eastAsia="Times New Roman" w:hAnsiTheme="majorHAnsi" w:cstheme="majorHAnsi"/>
          <w:sz w:val="21"/>
          <w:szCs w:val="21"/>
          <w:lang w:val="en-GB" w:eastAsia="en-GB"/>
        </w:rPr>
      </w:pPr>
      <w:r>
        <w:rPr>
          <w:rFonts w:asciiTheme="majorHAnsi" w:eastAsia="Times New Roman" w:hAnsiTheme="majorHAnsi" w:cstheme="majorHAnsi"/>
          <w:sz w:val="28"/>
          <w:szCs w:val="28"/>
          <w:lang w:val="en-GB" w:eastAsia="en-GB"/>
        </w:rPr>
        <w:t>Any other relevant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6"/>
      </w:tblGrid>
      <w:tr w:rsidR="006015B9" w14:paraId="57885147" w14:textId="77777777" w:rsidTr="00421114">
        <w:tc>
          <w:tcPr>
            <w:tcW w:w="10190" w:type="dxa"/>
          </w:tcPr>
          <w:p w14:paraId="25CEC1B3" w14:textId="77777777" w:rsidR="006015B9" w:rsidRDefault="006015B9" w:rsidP="00421114">
            <w:pPr>
              <w:rPr>
                <w:rFonts w:asciiTheme="majorHAnsi" w:hAnsiTheme="majorHAnsi" w:cstheme="majorHAnsi"/>
                <w:lang w:val="en-GB"/>
              </w:rPr>
            </w:pPr>
          </w:p>
          <w:p w14:paraId="07E9C393" w14:textId="77777777" w:rsidR="006015B9" w:rsidRDefault="006015B9" w:rsidP="00421114">
            <w:pPr>
              <w:rPr>
                <w:rFonts w:asciiTheme="majorHAnsi" w:hAnsiTheme="majorHAnsi" w:cstheme="majorHAnsi"/>
                <w:lang w:val="en-GB"/>
              </w:rPr>
            </w:pPr>
          </w:p>
          <w:p w14:paraId="5E09B0C3" w14:textId="77777777" w:rsidR="009D078D" w:rsidRDefault="009D078D" w:rsidP="00421114">
            <w:pPr>
              <w:rPr>
                <w:rFonts w:asciiTheme="majorHAnsi" w:hAnsiTheme="majorHAnsi" w:cstheme="majorHAnsi"/>
                <w:lang w:val="en-GB"/>
              </w:rPr>
            </w:pPr>
          </w:p>
          <w:p w14:paraId="2E00A62F" w14:textId="77777777" w:rsidR="006015B9" w:rsidRDefault="006015B9" w:rsidP="00421114">
            <w:pPr>
              <w:rPr>
                <w:rFonts w:asciiTheme="majorHAnsi" w:hAnsiTheme="majorHAnsi" w:cstheme="majorHAnsi"/>
                <w:lang w:val="en-GB"/>
              </w:rPr>
            </w:pPr>
          </w:p>
          <w:p w14:paraId="69F4335C" w14:textId="77777777" w:rsidR="006015B9" w:rsidRDefault="006015B9" w:rsidP="00421114">
            <w:pPr>
              <w:rPr>
                <w:rFonts w:asciiTheme="majorHAnsi" w:hAnsiTheme="majorHAnsi" w:cstheme="majorHAnsi"/>
                <w:lang w:val="en-GB"/>
              </w:rPr>
            </w:pPr>
          </w:p>
          <w:p w14:paraId="445D569D" w14:textId="77777777" w:rsidR="006015B9" w:rsidRDefault="006015B9" w:rsidP="00421114">
            <w:pPr>
              <w:rPr>
                <w:rFonts w:asciiTheme="majorHAnsi" w:hAnsiTheme="majorHAnsi" w:cstheme="majorHAnsi"/>
                <w:lang w:val="en-GB"/>
              </w:rPr>
            </w:pPr>
          </w:p>
          <w:p w14:paraId="4BD0ADBF" w14:textId="77777777" w:rsidR="006015B9" w:rsidRDefault="006015B9" w:rsidP="00421114">
            <w:pPr>
              <w:rPr>
                <w:rFonts w:asciiTheme="majorHAnsi" w:hAnsiTheme="majorHAnsi" w:cstheme="majorHAnsi"/>
                <w:lang w:val="en-GB"/>
              </w:rPr>
            </w:pPr>
          </w:p>
          <w:p w14:paraId="1FA65F57" w14:textId="77777777" w:rsidR="006015B9" w:rsidRDefault="006015B9" w:rsidP="00421114">
            <w:pPr>
              <w:rPr>
                <w:rFonts w:asciiTheme="majorHAnsi" w:hAnsiTheme="majorHAnsi" w:cstheme="majorHAnsi"/>
                <w:lang w:val="en-GB"/>
              </w:rPr>
            </w:pPr>
          </w:p>
          <w:p w14:paraId="4CA4561C" w14:textId="77777777" w:rsidR="006015B9" w:rsidRDefault="006015B9" w:rsidP="00421114">
            <w:pPr>
              <w:rPr>
                <w:rFonts w:asciiTheme="majorHAnsi" w:hAnsiTheme="majorHAnsi" w:cstheme="majorHAnsi"/>
                <w:lang w:val="en-GB"/>
              </w:rPr>
            </w:pPr>
          </w:p>
        </w:tc>
      </w:tr>
    </w:tbl>
    <w:p w14:paraId="3CADDB83" w14:textId="77777777" w:rsidR="00EE422C" w:rsidRPr="006015B9" w:rsidRDefault="00EE422C" w:rsidP="00F65EC6">
      <w:pPr>
        <w:spacing w:before="480" w:after="0"/>
        <w:rPr>
          <w:rFonts w:ascii="Calibri" w:hAnsi="Calibri" w:cs="Calibri"/>
          <w:b/>
          <w:color w:val="365F91"/>
          <w:sz w:val="36"/>
          <w:lang w:val="en-GB"/>
        </w:rPr>
      </w:pPr>
    </w:p>
    <w:p w14:paraId="2BCF15F9" w14:textId="77777777" w:rsidR="00EE422C" w:rsidRDefault="00EE422C">
      <w:pPr>
        <w:rPr>
          <w:rFonts w:ascii="Calibri" w:hAnsi="Calibri" w:cs="Calibri"/>
          <w:b/>
          <w:color w:val="365F91"/>
          <w:sz w:val="36"/>
        </w:rPr>
      </w:pPr>
      <w:r>
        <w:rPr>
          <w:rFonts w:ascii="Calibri" w:hAnsi="Calibri" w:cs="Calibri"/>
          <w:b/>
          <w:color w:val="365F91"/>
          <w:sz w:val="36"/>
        </w:rPr>
        <w:br w:type="page"/>
      </w:r>
    </w:p>
    <w:p w14:paraId="5C3271B3" w14:textId="77777777" w:rsidR="004C17A5" w:rsidRDefault="004C17A5" w:rsidP="004C17A5">
      <w:pPr>
        <w:tabs>
          <w:tab w:val="left" w:pos="8314"/>
        </w:tabs>
        <w:spacing w:before="480" w:after="0"/>
        <w:rPr>
          <w:rFonts w:ascii="Calibri" w:hAnsi="Calibri" w:cs="Calibri"/>
          <w:b/>
          <w:color w:val="365F91"/>
          <w:szCs w:val="14"/>
        </w:rPr>
      </w:pPr>
    </w:p>
    <w:p w14:paraId="2648C5A1" w14:textId="407B7B35" w:rsidR="00944EAF" w:rsidRPr="00F65EC6" w:rsidRDefault="003818CF" w:rsidP="004C17A5">
      <w:pPr>
        <w:tabs>
          <w:tab w:val="left" w:pos="8314"/>
        </w:tabs>
        <w:spacing w:before="480" w:after="0"/>
      </w:pPr>
      <w:r w:rsidRPr="00F65EC6">
        <w:rPr>
          <w:rFonts w:ascii="Calibri" w:hAnsi="Calibri" w:cs="Calibri"/>
          <w:b/>
          <w:color w:val="365F91"/>
          <w:sz w:val="36"/>
        </w:rPr>
        <w:t>Section 9: References</w:t>
      </w:r>
      <w:r w:rsidR="004C17A5">
        <w:rPr>
          <w:rFonts w:ascii="Calibri" w:hAnsi="Calibri" w:cs="Calibri"/>
          <w:b/>
          <w:color w:val="365F91"/>
          <w:sz w:val="36"/>
        </w:rPr>
        <w:tab/>
      </w:r>
    </w:p>
    <w:p w14:paraId="50D26869" w14:textId="5B75F052" w:rsidR="00944EAF" w:rsidRPr="0027294D" w:rsidRDefault="003818CF">
      <w:pPr>
        <w:rPr>
          <w:rFonts w:asciiTheme="majorHAnsi" w:hAnsiTheme="majorHAnsi" w:cstheme="majorHAnsi"/>
        </w:rPr>
      </w:pPr>
      <w:r w:rsidRPr="00B82C60">
        <w:rPr>
          <w:rFonts w:asciiTheme="majorHAnsi" w:hAnsiTheme="majorHAnsi" w:cstheme="majorHAnsi"/>
          <w:sz w:val="28"/>
          <w:szCs w:val="28"/>
        </w:rPr>
        <w:t>By providing referee details you confirm they may be contacted for recruitment purposes.</w:t>
      </w:r>
      <w:r w:rsidRPr="0027294D">
        <w:rPr>
          <w:rFonts w:asciiTheme="majorHAnsi" w:hAnsiTheme="majorHAnsi" w:cstheme="majorHAnsi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2"/>
        <w:gridCol w:w="3172"/>
        <w:gridCol w:w="3172"/>
      </w:tblGrid>
      <w:tr w:rsidR="00642A1E" w:rsidRPr="0027294D" w14:paraId="2C7595C1" w14:textId="01A6F9B6" w:rsidTr="00642A1E">
        <w:tc>
          <w:tcPr>
            <w:tcW w:w="3616" w:type="dxa"/>
          </w:tcPr>
          <w:p w14:paraId="32FC6374" w14:textId="1C879D53" w:rsidR="00642A1E" w:rsidRPr="00642A1E" w:rsidRDefault="00642A1E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3287" w:type="dxa"/>
          </w:tcPr>
          <w:p w14:paraId="178034C8" w14:textId="04B97A2F" w:rsidR="00642A1E" w:rsidRPr="009708D0" w:rsidRDefault="006502B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9708D0">
              <w:rPr>
                <w:rFonts w:asciiTheme="majorHAnsi" w:hAnsiTheme="majorHAnsi" w:cstheme="majorHAnsi"/>
                <w:sz w:val="28"/>
                <w:szCs w:val="28"/>
              </w:rPr>
              <w:t>Referee 1</w:t>
            </w:r>
          </w:p>
        </w:tc>
        <w:tc>
          <w:tcPr>
            <w:tcW w:w="3287" w:type="dxa"/>
          </w:tcPr>
          <w:p w14:paraId="7DC6691F" w14:textId="1B9E3639" w:rsidR="00642A1E" w:rsidRPr="009708D0" w:rsidRDefault="006502B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9708D0">
              <w:rPr>
                <w:rFonts w:asciiTheme="majorHAnsi" w:hAnsiTheme="majorHAnsi" w:cstheme="majorHAnsi"/>
                <w:sz w:val="28"/>
                <w:szCs w:val="28"/>
              </w:rPr>
              <w:t>Referee 2</w:t>
            </w:r>
          </w:p>
        </w:tc>
      </w:tr>
      <w:tr w:rsidR="00642A1E" w:rsidRPr="0027294D" w14:paraId="68751B78" w14:textId="29B6D1B9" w:rsidTr="00642A1E">
        <w:tc>
          <w:tcPr>
            <w:tcW w:w="3616" w:type="dxa"/>
          </w:tcPr>
          <w:p w14:paraId="35FED053" w14:textId="13CF8E02" w:rsidR="00642A1E" w:rsidRPr="00642A1E" w:rsidRDefault="006502B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Name:</w:t>
            </w:r>
          </w:p>
        </w:tc>
        <w:tc>
          <w:tcPr>
            <w:tcW w:w="3287" w:type="dxa"/>
          </w:tcPr>
          <w:p w14:paraId="0B8AD75F" w14:textId="77777777" w:rsidR="00642A1E" w:rsidRPr="0027294D" w:rsidRDefault="00642A1E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287" w:type="dxa"/>
          </w:tcPr>
          <w:p w14:paraId="659873E8" w14:textId="77777777" w:rsidR="00642A1E" w:rsidRPr="0027294D" w:rsidRDefault="00642A1E">
            <w:pPr>
              <w:rPr>
                <w:rFonts w:asciiTheme="majorHAnsi" w:hAnsiTheme="majorHAnsi" w:cstheme="majorHAnsi"/>
              </w:rPr>
            </w:pPr>
          </w:p>
        </w:tc>
      </w:tr>
      <w:tr w:rsidR="00642A1E" w:rsidRPr="0027294D" w14:paraId="1128073A" w14:textId="79CA5AFC" w:rsidTr="00642A1E">
        <w:tc>
          <w:tcPr>
            <w:tcW w:w="3616" w:type="dxa"/>
          </w:tcPr>
          <w:p w14:paraId="6FABC121" w14:textId="7B7DBEF4" w:rsidR="00642A1E" w:rsidRPr="00642A1E" w:rsidRDefault="006502B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Relationship </w:t>
            </w:r>
            <w:proofErr w:type="gramStart"/>
            <w:r>
              <w:rPr>
                <w:rFonts w:asciiTheme="majorHAnsi" w:hAnsiTheme="majorHAnsi" w:cstheme="majorHAnsi"/>
                <w:sz w:val="28"/>
                <w:szCs w:val="28"/>
              </w:rPr>
              <w:t>to</w:t>
            </w:r>
            <w:proofErr w:type="gramEnd"/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 you (e.g. line manager)</w:t>
            </w:r>
            <w:r w:rsidR="009708D0">
              <w:rPr>
                <w:rFonts w:asciiTheme="majorHAnsi" w:hAnsiTheme="majorHAnsi" w:cstheme="majorHAnsi"/>
                <w:sz w:val="28"/>
                <w:szCs w:val="28"/>
              </w:rPr>
              <w:t>:</w:t>
            </w:r>
          </w:p>
        </w:tc>
        <w:tc>
          <w:tcPr>
            <w:tcW w:w="3287" w:type="dxa"/>
          </w:tcPr>
          <w:p w14:paraId="2B1CF677" w14:textId="77777777" w:rsidR="00642A1E" w:rsidRPr="0027294D" w:rsidRDefault="00642A1E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287" w:type="dxa"/>
          </w:tcPr>
          <w:p w14:paraId="631162B7" w14:textId="77777777" w:rsidR="00642A1E" w:rsidRPr="0027294D" w:rsidRDefault="00642A1E">
            <w:pPr>
              <w:rPr>
                <w:rFonts w:asciiTheme="majorHAnsi" w:hAnsiTheme="majorHAnsi" w:cstheme="majorHAnsi"/>
              </w:rPr>
            </w:pPr>
          </w:p>
        </w:tc>
      </w:tr>
      <w:tr w:rsidR="00642A1E" w:rsidRPr="0027294D" w14:paraId="12C11D24" w14:textId="1F515EBE" w:rsidTr="00642A1E">
        <w:tc>
          <w:tcPr>
            <w:tcW w:w="3616" w:type="dxa"/>
          </w:tcPr>
          <w:p w14:paraId="47AA074C" w14:textId="3DB756E6" w:rsidR="00642A1E" w:rsidRPr="00642A1E" w:rsidRDefault="006502B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Telephone Number</w:t>
            </w:r>
            <w:r w:rsidR="009708D0">
              <w:rPr>
                <w:rFonts w:asciiTheme="majorHAnsi" w:hAnsiTheme="majorHAnsi" w:cstheme="majorHAnsi"/>
                <w:sz w:val="28"/>
                <w:szCs w:val="28"/>
              </w:rPr>
              <w:t>:</w:t>
            </w:r>
          </w:p>
        </w:tc>
        <w:tc>
          <w:tcPr>
            <w:tcW w:w="3287" w:type="dxa"/>
          </w:tcPr>
          <w:p w14:paraId="60E6D689" w14:textId="77777777" w:rsidR="00642A1E" w:rsidRPr="0027294D" w:rsidRDefault="00642A1E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287" w:type="dxa"/>
          </w:tcPr>
          <w:p w14:paraId="0FAC50EE" w14:textId="77777777" w:rsidR="00642A1E" w:rsidRPr="0027294D" w:rsidRDefault="00642A1E">
            <w:pPr>
              <w:rPr>
                <w:rFonts w:asciiTheme="majorHAnsi" w:hAnsiTheme="majorHAnsi" w:cstheme="majorHAnsi"/>
              </w:rPr>
            </w:pPr>
          </w:p>
        </w:tc>
      </w:tr>
      <w:tr w:rsidR="00642A1E" w:rsidRPr="0027294D" w14:paraId="056262F6" w14:textId="7F3C43D7" w:rsidTr="00642A1E">
        <w:tc>
          <w:tcPr>
            <w:tcW w:w="3616" w:type="dxa"/>
          </w:tcPr>
          <w:p w14:paraId="1587999D" w14:textId="3D8D9444" w:rsidR="00642A1E" w:rsidRPr="00642A1E" w:rsidRDefault="006502B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Email Address</w:t>
            </w:r>
            <w:r w:rsidR="009708D0">
              <w:rPr>
                <w:rFonts w:asciiTheme="majorHAnsi" w:hAnsiTheme="majorHAnsi" w:cstheme="majorHAnsi"/>
                <w:sz w:val="28"/>
                <w:szCs w:val="28"/>
              </w:rPr>
              <w:t>:</w:t>
            </w:r>
          </w:p>
        </w:tc>
        <w:tc>
          <w:tcPr>
            <w:tcW w:w="3287" w:type="dxa"/>
          </w:tcPr>
          <w:p w14:paraId="2378EA56" w14:textId="77777777" w:rsidR="00642A1E" w:rsidRDefault="00642A1E">
            <w:pPr>
              <w:rPr>
                <w:rFonts w:asciiTheme="majorHAnsi" w:hAnsiTheme="majorHAnsi" w:cstheme="majorHAnsi"/>
              </w:rPr>
            </w:pPr>
          </w:p>
          <w:p w14:paraId="0E1CE3F8" w14:textId="77777777" w:rsidR="00627CB7" w:rsidRPr="0027294D" w:rsidRDefault="00627CB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287" w:type="dxa"/>
          </w:tcPr>
          <w:p w14:paraId="46037E73" w14:textId="77777777" w:rsidR="00642A1E" w:rsidRPr="0027294D" w:rsidRDefault="00642A1E">
            <w:pPr>
              <w:rPr>
                <w:rFonts w:asciiTheme="majorHAnsi" w:hAnsiTheme="majorHAnsi" w:cstheme="majorHAnsi"/>
              </w:rPr>
            </w:pPr>
          </w:p>
        </w:tc>
      </w:tr>
    </w:tbl>
    <w:p w14:paraId="2156A310" w14:textId="4B16DFEC" w:rsidR="00B82C60" w:rsidRPr="002646F4" w:rsidRDefault="0037000E" w:rsidP="00627CB7">
      <w:pPr>
        <w:spacing w:after="0"/>
        <w:rPr>
          <w:sz w:val="28"/>
          <w:szCs w:val="28"/>
        </w:rPr>
      </w:pPr>
      <w:r w:rsidRPr="002646F4">
        <w:rPr>
          <w:rFonts w:ascii="Calibri" w:hAnsi="Calibri" w:cs="Calibri"/>
          <w:sz w:val="28"/>
          <w:szCs w:val="28"/>
        </w:rPr>
        <w:t>P</w:t>
      </w:r>
      <w:r w:rsidR="00B82C60" w:rsidRPr="002646F4">
        <w:rPr>
          <w:rFonts w:ascii="Calibri" w:hAnsi="Calibri" w:cs="Calibri"/>
          <w:sz w:val="28"/>
          <w:szCs w:val="28"/>
        </w:rPr>
        <w:t xml:space="preserve">lease do not contact my current employer until a conditional offer has been made. </w:t>
      </w:r>
      <w:r w:rsidR="00B82C60" w:rsidRPr="002646F4">
        <w:rPr>
          <w:rFonts w:ascii="Calibri" w:hAnsi="Calibri" w:cs="Calibri"/>
          <w:sz w:val="52"/>
          <w:szCs w:val="52"/>
        </w:rPr>
        <w:t>□</w:t>
      </w:r>
      <w:r w:rsidR="00933CB2">
        <w:rPr>
          <w:rFonts w:ascii="Calibri" w:hAnsi="Calibri" w:cs="Calibri"/>
          <w:sz w:val="52"/>
          <w:szCs w:val="52"/>
        </w:rPr>
        <w:t xml:space="preserve"> </w:t>
      </w:r>
      <w:r w:rsidR="00933CB2" w:rsidRPr="00933CB2">
        <w:rPr>
          <w:rFonts w:ascii="Calibri" w:hAnsi="Calibri" w:cs="Calibri"/>
          <w:sz w:val="28"/>
          <w:szCs w:val="28"/>
        </w:rPr>
        <w:t>(tick if applicable)</w:t>
      </w:r>
    </w:p>
    <w:p w14:paraId="19839EBE" w14:textId="3BA7F967" w:rsidR="00944EAF" w:rsidRPr="002646F4" w:rsidRDefault="003818CF" w:rsidP="00F65EC6">
      <w:pPr>
        <w:rPr>
          <w:rFonts w:asciiTheme="majorHAnsi" w:hAnsiTheme="majorHAnsi" w:cstheme="majorHAnsi"/>
          <w:b/>
          <w:bCs/>
          <w:color w:val="1F497D" w:themeColor="text2"/>
          <w:sz w:val="36"/>
          <w:szCs w:val="36"/>
        </w:rPr>
      </w:pPr>
      <w:r w:rsidRPr="002646F4">
        <w:rPr>
          <w:rFonts w:asciiTheme="majorHAnsi" w:hAnsiTheme="majorHAnsi" w:cstheme="majorHAnsi"/>
          <w:b/>
          <w:bCs/>
          <w:color w:val="1F497D" w:themeColor="text2"/>
          <w:sz w:val="36"/>
          <w:szCs w:val="36"/>
        </w:rPr>
        <w:t>Section 10: Recruitment Adjustments</w:t>
      </w:r>
    </w:p>
    <w:p w14:paraId="696DA634" w14:textId="0AE67D35" w:rsidR="00944EAF" w:rsidRPr="0037000E" w:rsidRDefault="003818CF" w:rsidP="00661FE9">
      <w:pPr>
        <w:spacing w:after="120"/>
        <w:rPr>
          <w:rFonts w:asciiTheme="majorHAnsi" w:hAnsiTheme="majorHAnsi" w:cstheme="majorHAnsi"/>
          <w:sz w:val="28"/>
          <w:szCs w:val="28"/>
        </w:rPr>
      </w:pPr>
      <w:r w:rsidRPr="0037000E">
        <w:rPr>
          <w:rFonts w:asciiTheme="majorHAnsi" w:hAnsiTheme="majorHAnsi" w:cstheme="majorHAnsi"/>
          <w:sz w:val="28"/>
          <w:szCs w:val="28"/>
        </w:rPr>
        <w:t xml:space="preserve">Do you require any adjustments during recruitment?  Yes </w:t>
      </w:r>
      <w:r w:rsidR="00661FE9" w:rsidRPr="00EA6C76">
        <w:rPr>
          <w:rFonts w:asciiTheme="majorHAnsi" w:hAnsiTheme="majorHAnsi" w:cstheme="majorHAnsi"/>
          <w:sz w:val="52"/>
          <w:szCs w:val="52"/>
        </w:rPr>
        <w:t>□</w:t>
      </w:r>
      <w:r w:rsidRPr="0037000E">
        <w:rPr>
          <w:rFonts w:asciiTheme="majorHAnsi" w:hAnsiTheme="majorHAnsi" w:cstheme="majorHAnsi"/>
          <w:sz w:val="28"/>
          <w:szCs w:val="28"/>
        </w:rPr>
        <w:t xml:space="preserve"> No</w:t>
      </w:r>
      <w:r w:rsidR="00661FE9" w:rsidRPr="00EA6C76">
        <w:rPr>
          <w:rFonts w:asciiTheme="majorHAnsi" w:hAnsiTheme="majorHAnsi" w:cstheme="majorHAnsi"/>
          <w:sz w:val="52"/>
          <w:szCs w:val="52"/>
        </w:rPr>
        <w:t>□</w:t>
      </w:r>
    </w:p>
    <w:p w14:paraId="2E8E0829" w14:textId="77777777" w:rsidR="00944EAF" w:rsidRPr="002646F4" w:rsidRDefault="003818CF" w:rsidP="00F65EC6">
      <w:pPr>
        <w:rPr>
          <w:rFonts w:asciiTheme="majorHAnsi" w:hAnsiTheme="majorHAnsi" w:cstheme="majorHAnsi"/>
          <w:b/>
          <w:bCs/>
          <w:color w:val="1F497D" w:themeColor="text2"/>
          <w:sz w:val="36"/>
          <w:szCs w:val="36"/>
        </w:rPr>
      </w:pPr>
      <w:r w:rsidRPr="002646F4">
        <w:rPr>
          <w:rFonts w:asciiTheme="majorHAnsi" w:hAnsiTheme="majorHAnsi" w:cstheme="majorHAnsi"/>
          <w:b/>
          <w:bCs/>
          <w:color w:val="1F497D" w:themeColor="text2"/>
          <w:sz w:val="36"/>
          <w:szCs w:val="36"/>
        </w:rPr>
        <w:t>Section 11: Criminal Convictions</w:t>
      </w:r>
    </w:p>
    <w:p w14:paraId="19DBDC9F" w14:textId="49E4BD8A" w:rsidR="00944EAF" w:rsidRDefault="003818CF">
      <w:pPr>
        <w:rPr>
          <w:rFonts w:asciiTheme="majorHAnsi" w:hAnsiTheme="majorHAnsi" w:cstheme="majorHAnsi"/>
          <w:sz w:val="28"/>
          <w:szCs w:val="28"/>
        </w:rPr>
      </w:pPr>
      <w:r w:rsidRPr="0037000E">
        <w:rPr>
          <w:rFonts w:asciiTheme="majorHAnsi" w:hAnsiTheme="majorHAnsi" w:cstheme="majorHAnsi"/>
          <w:sz w:val="28"/>
          <w:szCs w:val="28"/>
        </w:rPr>
        <w:t>This role require</w:t>
      </w:r>
      <w:r w:rsidR="0037000E">
        <w:rPr>
          <w:rFonts w:asciiTheme="majorHAnsi" w:hAnsiTheme="majorHAnsi" w:cstheme="majorHAnsi"/>
          <w:sz w:val="28"/>
          <w:szCs w:val="28"/>
        </w:rPr>
        <w:t>s</w:t>
      </w:r>
      <w:r w:rsidRPr="0037000E">
        <w:rPr>
          <w:rFonts w:asciiTheme="majorHAnsi" w:hAnsiTheme="majorHAnsi" w:cstheme="majorHAnsi"/>
          <w:sz w:val="28"/>
          <w:szCs w:val="28"/>
        </w:rPr>
        <w:t xml:space="preserve"> PVG membership. Having a conviction does not automatically prevent employment.</w:t>
      </w:r>
    </w:p>
    <w:p w14:paraId="22AB7D6E" w14:textId="77777777" w:rsidR="00944EAF" w:rsidRPr="002646F4" w:rsidRDefault="003818CF" w:rsidP="00F65EC6">
      <w:pPr>
        <w:rPr>
          <w:rFonts w:asciiTheme="majorHAnsi" w:hAnsiTheme="majorHAnsi" w:cstheme="majorHAnsi"/>
          <w:b/>
          <w:bCs/>
          <w:color w:val="1F497D" w:themeColor="text2"/>
          <w:sz w:val="36"/>
          <w:szCs w:val="36"/>
        </w:rPr>
      </w:pPr>
      <w:r w:rsidRPr="002646F4">
        <w:rPr>
          <w:rFonts w:asciiTheme="majorHAnsi" w:hAnsiTheme="majorHAnsi" w:cstheme="majorHAnsi"/>
          <w:b/>
          <w:bCs/>
          <w:color w:val="1F497D" w:themeColor="text2"/>
          <w:sz w:val="36"/>
          <w:szCs w:val="36"/>
        </w:rPr>
        <w:t>Declaration</w:t>
      </w:r>
    </w:p>
    <w:p w14:paraId="164C5335" w14:textId="77777777" w:rsidR="00BA6073" w:rsidRPr="00BA6073" w:rsidRDefault="00BA6073" w:rsidP="00BA6073">
      <w:pPr>
        <w:spacing w:before="100" w:beforeAutospacing="1" w:after="100" w:afterAutospacing="1" w:line="300" w:lineRule="atLeast"/>
        <w:rPr>
          <w:rFonts w:asciiTheme="majorHAnsi" w:eastAsia="Times New Roman" w:hAnsiTheme="majorHAnsi" w:cstheme="majorHAnsi"/>
          <w:sz w:val="28"/>
          <w:szCs w:val="28"/>
          <w:lang w:val="en-GB" w:eastAsia="en-GB"/>
        </w:rPr>
      </w:pPr>
      <w:r w:rsidRPr="00BA6073">
        <w:rPr>
          <w:rFonts w:asciiTheme="majorHAnsi" w:eastAsia="Times New Roman" w:hAnsiTheme="majorHAnsi" w:cstheme="majorHAnsi"/>
          <w:sz w:val="28"/>
          <w:szCs w:val="28"/>
          <w:lang w:val="en-GB" w:eastAsia="en-GB"/>
        </w:rPr>
        <w:t>I confirm that the information I have provided is accurate and complete to the best of my knowledge.</w:t>
      </w:r>
    </w:p>
    <w:p w14:paraId="0920E6B5" w14:textId="4DDE1496" w:rsidR="00BA6073" w:rsidRPr="00BA6073" w:rsidRDefault="00BA6073" w:rsidP="00BA6073">
      <w:pPr>
        <w:spacing w:before="100" w:beforeAutospacing="1" w:after="100" w:afterAutospacing="1" w:line="300" w:lineRule="atLeast"/>
        <w:rPr>
          <w:rFonts w:asciiTheme="majorHAnsi" w:eastAsia="Times New Roman" w:hAnsiTheme="majorHAnsi" w:cstheme="majorHAnsi"/>
          <w:sz w:val="28"/>
          <w:szCs w:val="28"/>
          <w:lang w:val="en-GB" w:eastAsia="en-GB"/>
        </w:rPr>
      </w:pPr>
      <w:r w:rsidRPr="00BA6073">
        <w:rPr>
          <w:rFonts w:asciiTheme="majorHAnsi" w:eastAsia="Times New Roman" w:hAnsiTheme="majorHAnsi" w:cstheme="majorHAnsi"/>
          <w:sz w:val="28"/>
          <w:szCs w:val="28"/>
          <w:lang w:val="en-GB" w:eastAsia="en-GB"/>
        </w:rPr>
        <w:t xml:space="preserve">I understand that any offer of employment </w:t>
      </w:r>
      <w:r w:rsidR="00B93107">
        <w:rPr>
          <w:rFonts w:asciiTheme="majorHAnsi" w:eastAsia="Times New Roman" w:hAnsiTheme="majorHAnsi" w:cstheme="majorHAnsi"/>
          <w:sz w:val="28"/>
          <w:szCs w:val="28"/>
          <w:lang w:val="en-GB" w:eastAsia="en-GB"/>
        </w:rPr>
        <w:t>will</w:t>
      </w:r>
      <w:r w:rsidRPr="00BA6073">
        <w:rPr>
          <w:rFonts w:asciiTheme="majorHAnsi" w:eastAsia="Times New Roman" w:hAnsiTheme="majorHAnsi" w:cstheme="majorHAnsi"/>
          <w:sz w:val="28"/>
          <w:szCs w:val="28"/>
          <w:lang w:val="en-GB" w:eastAsia="en-GB"/>
        </w:rPr>
        <w:t xml:space="preserve"> be subject to satisfactory references, proof of right to work, </w:t>
      </w:r>
      <w:r>
        <w:rPr>
          <w:rFonts w:asciiTheme="majorHAnsi" w:eastAsia="Times New Roman" w:hAnsiTheme="majorHAnsi" w:cstheme="majorHAnsi"/>
          <w:sz w:val="28"/>
          <w:szCs w:val="28"/>
          <w:lang w:val="en-GB" w:eastAsia="en-GB"/>
        </w:rPr>
        <w:t xml:space="preserve">and </w:t>
      </w:r>
      <w:r w:rsidRPr="00BA6073">
        <w:rPr>
          <w:rFonts w:asciiTheme="majorHAnsi" w:eastAsia="Times New Roman" w:hAnsiTheme="majorHAnsi" w:cstheme="majorHAnsi"/>
          <w:sz w:val="28"/>
          <w:szCs w:val="28"/>
          <w:lang w:val="en-GB" w:eastAsia="en-GB"/>
        </w:rPr>
        <w:t>PVG check</w:t>
      </w:r>
    </w:p>
    <w:p w14:paraId="4E3F680C" w14:textId="77777777" w:rsidR="00BA6073" w:rsidRPr="00BA6073" w:rsidRDefault="00BA6073" w:rsidP="00661FE9">
      <w:pPr>
        <w:spacing w:after="0" w:line="300" w:lineRule="atLeast"/>
        <w:rPr>
          <w:rFonts w:asciiTheme="majorHAnsi" w:eastAsia="Times New Roman" w:hAnsiTheme="majorHAnsi" w:cstheme="majorHAnsi"/>
          <w:sz w:val="28"/>
          <w:szCs w:val="28"/>
          <w:lang w:val="en-GB" w:eastAsia="en-GB"/>
        </w:rPr>
      </w:pPr>
      <w:r w:rsidRPr="00BA6073">
        <w:rPr>
          <w:rFonts w:asciiTheme="majorHAnsi" w:eastAsia="Times New Roman" w:hAnsiTheme="majorHAnsi" w:cstheme="majorHAnsi"/>
          <w:sz w:val="28"/>
          <w:szCs w:val="28"/>
          <w:lang w:val="en-GB" w:eastAsia="en-GB"/>
        </w:rPr>
        <w:t>Name:</w:t>
      </w:r>
    </w:p>
    <w:p w14:paraId="71877A56" w14:textId="77777777" w:rsidR="00BA6073" w:rsidRPr="00BA6073" w:rsidRDefault="00670475" w:rsidP="00661FE9">
      <w:pPr>
        <w:spacing w:after="0" w:line="300" w:lineRule="atLeast"/>
        <w:rPr>
          <w:rFonts w:asciiTheme="majorHAnsi" w:eastAsia="Times New Roman" w:hAnsiTheme="majorHAnsi" w:cstheme="majorHAnsi"/>
          <w:sz w:val="28"/>
          <w:szCs w:val="28"/>
          <w:lang w:val="en-GB" w:eastAsia="en-GB"/>
        </w:rPr>
      </w:pPr>
      <w:r>
        <w:rPr>
          <w:rFonts w:asciiTheme="majorHAnsi" w:eastAsia="Times New Roman" w:hAnsiTheme="majorHAnsi" w:cstheme="majorHAnsi"/>
          <w:sz w:val="28"/>
          <w:szCs w:val="28"/>
          <w:lang w:val="en-GB" w:eastAsia="en-GB"/>
        </w:rPr>
        <w:pict w14:anchorId="7D17D4D1">
          <v:rect id="_x0000_i1025" style="width:0;height:1.5pt" o:hralign="center" o:hrstd="t" o:hr="t" fillcolor="#a0a0a0" stroked="f"/>
        </w:pict>
      </w:r>
    </w:p>
    <w:p w14:paraId="637151E6" w14:textId="0CACA8CB" w:rsidR="00944EAF" w:rsidRPr="0027294D" w:rsidRDefault="00BA6073" w:rsidP="00661FE9">
      <w:pPr>
        <w:spacing w:after="0" w:line="300" w:lineRule="atLeast"/>
        <w:rPr>
          <w:rFonts w:asciiTheme="majorHAnsi" w:hAnsiTheme="majorHAnsi" w:cstheme="majorHAnsi"/>
        </w:rPr>
      </w:pPr>
      <w:r w:rsidRPr="00BA6073">
        <w:rPr>
          <w:rFonts w:asciiTheme="majorHAnsi" w:eastAsia="Times New Roman" w:hAnsiTheme="majorHAnsi" w:cstheme="majorHAnsi"/>
          <w:sz w:val="28"/>
          <w:szCs w:val="28"/>
          <w:lang w:val="en-GB" w:eastAsia="en-GB"/>
        </w:rPr>
        <w:t>Signature:</w:t>
      </w:r>
      <w:r w:rsidR="00661FE9" w:rsidRPr="00661FE9">
        <w:rPr>
          <w:rFonts w:asciiTheme="majorHAnsi" w:eastAsia="Times New Roman" w:hAnsiTheme="majorHAnsi" w:cstheme="majorHAnsi"/>
          <w:sz w:val="28"/>
          <w:szCs w:val="28"/>
          <w:lang w:val="en-GB" w:eastAsia="en-GB"/>
        </w:rPr>
        <w:t xml:space="preserve"> </w:t>
      </w:r>
      <w:r w:rsidR="00670475">
        <w:rPr>
          <w:rFonts w:asciiTheme="majorHAnsi" w:eastAsia="Times New Roman" w:hAnsiTheme="majorHAnsi" w:cstheme="majorHAnsi"/>
          <w:sz w:val="28"/>
          <w:szCs w:val="28"/>
          <w:lang w:val="en-GB" w:eastAsia="en-GB"/>
        </w:rPr>
        <w:pict w14:anchorId="067A25D9">
          <v:rect id="_x0000_i1026" style="width:0;height:1.5pt" o:hralign="center" o:hrstd="t" o:hr="t" fillcolor="#a0a0a0" stroked="f"/>
        </w:pict>
      </w:r>
    </w:p>
    <w:sectPr w:rsidR="00944EAF" w:rsidRPr="0027294D" w:rsidSect="00132602">
      <w:headerReference w:type="default" r:id="rId9"/>
      <w:footerReference w:type="default" r:id="rId10"/>
      <w:pgSz w:w="11906" w:h="16838" w:code="9"/>
      <w:pgMar w:top="850" w:right="1020" w:bottom="850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FBB3A" w14:textId="77777777" w:rsidR="00670475" w:rsidRDefault="00670475" w:rsidP="009A4F24">
      <w:pPr>
        <w:spacing w:after="0" w:line="240" w:lineRule="auto"/>
      </w:pPr>
      <w:r>
        <w:separator/>
      </w:r>
    </w:p>
  </w:endnote>
  <w:endnote w:type="continuationSeparator" w:id="0">
    <w:p w14:paraId="66B8DFFC" w14:textId="77777777" w:rsidR="00670475" w:rsidRDefault="00670475" w:rsidP="009A4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3EBA9" w14:textId="4CFCD2DE" w:rsidR="00015234" w:rsidRDefault="00015234" w:rsidP="00015234">
    <w:pPr>
      <w:pStyle w:val="Footer"/>
      <w:jc w:val="right"/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98077" w14:textId="77777777" w:rsidR="00670475" w:rsidRDefault="00670475" w:rsidP="009A4F24">
      <w:pPr>
        <w:spacing w:after="0" w:line="240" w:lineRule="auto"/>
      </w:pPr>
      <w:r>
        <w:separator/>
      </w:r>
    </w:p>
  </w:footnote>
  <w:footnote w:type="continuationSeparator" w:id="0">
    <w:p w14:paraId="098A9305" w14:textId="77777777" w:rsidR="00670475" w:rsidRDefault="00670475" w:rsidP="009A4F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A9F6F" w14:textId="4066B6F1" w:rsidR="009A4F24" w:rsidRDefault="002C05D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3142C40" wp14:editId="0B48D929">
          <wp:simplePos x="0" y="0"/>
          <wp:positionH relativeFrom="column">
            <wp:posOffset>5010785</wp:posOffset>
          </wp:positionH>
          <wp:positionV relativeFrom="paragraph">
            <wp:posOffset>-457416</wp:posOffset>
          </wp:positionV>
          <wp:extent cx="1432560" cy="1426845"/>
          <wp:effectExtent l="0" t="0" r="0" b="0"/>
          <wp:wrapNone/>
          <wp:docPr id="70173392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2560" cy="1426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2797926">
    <w:abstractNumId w:val="8"/>
  </w:num>
  <w:num w:numId="2" w16cid:durableId="124280068">
    <w:abstractNumId w:val="6"/>
  </w:num>
  <w:num w:numId="3" w16cid:durableId="908613073">
    <w:abstractNumId w:val="5"/>
  </w:num>
  <w:num w:numId="4" w16cid:durableId="1973096757">
    <w:abstractNumId w:val="4"/>
  </w:num>
  <w:num w:numId="5" w16cid:durableId="1250777408">
    <w:abstractNumId w:val="7"/>
  </w:num>
  <w:num w:numId="6" w16cid:durableId="547959623">
    <w:abstractNumId w:val="3"/>
  </w:num>
  <w:num w:numId="7" w16cid:durableId="27873556">
    <w:abstractNumId w:val="2"/>
  </w:num>
  <w:num w:numId="8" w16cid:durableId="1123424403">
    <w:abstractNumId w:val="1"/>
  </w:num>
  <w:num w:numId="9" w16cid:durableId="1530532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5234"/>
    <w:rsid w:val="00034616"/>
    <w:rsid w:val="0006063C"/>
    <w:rsid w:val="00131B92"/>
    <w:rsid w:val="00132602"/>
    <w:rsid w:val="0015074B"/>
    <w:rsid w:val="00194806"/>
    <w:rsid w:val="002646F4"/>
    <w:rsid w:val="0027294D"/>
    <w:rsid w:val="0029639D"/>
    <w:rsid w:val="0029716D"/>
    <w:rsid w:val="002C05D0"/>
    <w:rsid w:val="002C4617"/>
    <w:rsid w:val="0030578D"/>
    <w:rsid w:val="00326F90"/>
    <w:rsid w:val="0037000E"/>
    <w:rsid w:val="003818CF"/>
    <w:rsid w:val="003E3C35"/>
    <w:rsid w:val="00471F75"/>
    <w:rsid w:val="004B7A59"/>
    <w:rsid w:val="004C17A5"/>
    <w:rsid w:val="00536E61"/>
    <w:rsid w:val="005A0992"/>
    <w:rsid w:val="006015B9"/>
    <w:rsid w:val="00627CB7"/>
    <w:rsid w:val="00642A1E"/>
    <w:rsid w:val="006502BB"/>
    <w:rsid w:val="00661FE9"/>
    <w:rsid w:val="00670475"/>
    <w:rsid w:val="006B0A35"/>
    <w:rsid w:val="006F5CC3"/>
    <w:rsid w:val="007C5CC1"/>
    <w:rsid w:val="008936D1"/>
    <w:rsid w:val="00895F11"/>
    <w:rsid w:val="009044E6"/>
    <w:rsid w:val="00933CB2"/>
    <w:rsid w:val="00944EAF"/>
    <w:rsid w:val="00962811"/>
    <w:rsid w:val="009708D0"/>
    <w:rsid w:val="009A4F24"/>
    <w:rsid w:val="009D056B"/>
    <w:rsid w:val="009D078D"/>
    <w:rsid w:val="00A60217"/>
    <w:rsid w:val="00A9156E"/>
    <w:rsid w:val="00AA1D8D"/>
    <w:rsid w:val="00AE51AF"/>
    <w:rsid w:val="00B106A6"/>
    <w:rsid w:val="00B47730"/>
    <w:rsid w:val="00B72E05"/>
    <w:rsid w:val="00B82C60"/>
    <w:rsid w:val="00B93107"/>
    <w:rsid w:val="00BA6073"/>
    <w:rsid w:val="00CB0664"/>
    <w:rsid w:val="00CE34DE"/>
    <w:rsid w:val="00D16AE4"/>
    <w:rsid w:val="00D30D9F"/>
    <w:rsid w:val="00D45B31"/>
    <w:rsid w:val="00D45D1F"/>
    <w:rsid w:val="00E5056D"/>
    <w:rsid w:val="00EA6C76"/>
    <w:rsid w:val="00EB0F12"/>
    <w:rsid w:val="00EE422C"/>
    <w:rsid w:val="00F33EAF"/>
    <w:rsid w:val="00F57931"/>
    <w:rsid w:val="00F65EC6"/>
    <w:rsid w:val="00F9200A"/>
    <w:rsid w:val="00FA66F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E41A551"/>
  <w14:defaultImageDpi w14:val="300"/>
  <w15:docId w15:val="{1FE7CCDC-4413-4D57-8228-4858F2E4D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D45B3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5B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pe.accounts@cope.ltd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Coutts</dc:creator>
  <cp:keywords/>
  <dc:description>generated by python-docx</dc:description>
  <cp:lastModifiedBy>Steven Coutts</cp:lastModifiedBy>
  <cp:revision>2</cp:revision>
  <cp:lastPrinted>2026-10-13T09:11:00Z</cp:lastPrinted>
  <dcterms:created xsi:type="dcterms:W3CDTF">2026-10-13T09:24:00Z</dcterms:created>
  <dcterms:modified xsi:type="dcterms:W3CDTF">2026-10-13T09:24:00Z</dcterms:modified>
  <cp:category/>
</cp:coreProperties>
</file>